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="2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4"/>
      </w:tblGrid>
      <w:tr w:rsidR="00222D8C" w14:paraId="693EA786" w14:textId="77777777" w:rsidTr="00222D8C">
        <w:trPr>
          <w:trHeight w:val="959"/>
        </w:trPr>
        <w:tc>
          <w:tcPr>
            <w:tcW w:w="9364" w:type="dxa"/>
          </w:tcPr>
          <w:p w14:paraId="5E08E346" w14:textId="46C42FE3" w:rsidR="00222D8C" w:rsidRDefault="00222D8C" w:rsidP="005D60F6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it-IT" w:eastAsia="it-IT"/>
              </w:rPr>
              <w:drawing>
                <wp:anchor distT="0" distB="0" distL="114300" distR="114300" simplePos="0" relativeHeight="251661312" behindDoc="1" locked="0" layoutInCell="1" allowOverlap="1" wp14:anchorId="671DE9DE" wp14:editId="2E4C78D4">
                  <wp:simplePos x="0" y="0"/>
                  <wp:positionH relativeFrom="column">
                    <wp:posOffset>2487930</wp:posOffset>
                  </wp:positionH>
                  <wp:positionV relativeFrom="paragraph">
                    <wp:posOffset>0</wp:posOffset>
                  </wp:positionV>
                  <wp:extent cx="419100" cy="466725"/>
                  <wp:effectExtent l="0" t="0" r="0" b="9525"/>
                  <wp:wrapTight wrapText="bothSides">
                    <wp:wrapPolygon edited="0">
                      <wp:start x="4909" y="0"/>
                      <wp:lineTo x="0" y="1763"/>
                      <wp:lineTo x="0" y="20278"/>
                      <wp:lineTo x="3927" y="21159"/>
                      <wp:lineTo x="16691" y="21159"/>
                      <wp:lineTo x="20618" y="19396"/>
                      <wp:lineTo x="20618" y="2645"/>
                      <wp:lineTo x="15709" y="0"/>
                      <wp:lineTo x="4909" y="0"/>
                    </wp:wrapPolygon>
                  </wp:wrapTight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03DDB5" w14:textId="77777777" w:rsidR="00222D8C" w:rsidRDefault="00222D8C" w:rsidP="005D60F6">
            <w:pPr>
              <w:spacing w:after="0" w:line="240" w:lineRule="auto"/>
              <w:jc w:val="center"/>
            </w:pPr>
          </w:p>
          <w:p w14:paraId="2D5D2419" w14:textId="77777777" w:rsidR="00222D8C" w:rsidRDefault="00222D8C" w:rsidP="005D60F6">
            <w:pPr>
              <w:spacing w:after="0" w:line="240" w:lineRule="auto"/>
              <w:jc w:val="center"/>
            </w:pPr>
          </w:p>
        </w:tc>
      </w:tr>
      <w:tr w:rsidR="00222D8C" w14:paraId="59FAC60B" w14:textId="77777777" w:rsidTr="00222D8C">
        <w:trPr>
          <w:trHeight w:val="282"/>
        </w:trPr>
        <w:tc>
          <w:tcPr>
            <w:tcW w:w="9364" w:type="dxa"/>
            <w:hideMark/>
          </w:tcPr>
          <w:p w14:paraId="23ADB4B8" w14:textId="77777777" w:rsidR="00222D8C" w:rsidRDefault="00222D8C" w:rsidP="005D60F6">
            <w:pPr>
              <w:spacing w:after="82" w:line="240" w:lineRule="auto"/>
              <w:ind w:left="-105" w:hanging="14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MINISTERO DELL’ISTRUZIONE E DEL MERITO UFFICIO SCOLASTICO REGIONALE PER IL LAZIO</w:t>
            </w:r>
          </w:p>
        </w:tc>
      </w:tr>
      <w:tr w:rsidR="00222D8C" w14:paraId="1A55DCCE" w14:textId="77777777" w:rsidTr="00222D8C">
        <w:trPr>
          <w:trHeight w:val="282"/>
        </w:trPr>
        <w:tc>
          <w:tcPr>
            <w:tcW w:w="9364" w:type="dxa"/>
            <w:hideMark/>
          </w:tcPr>
          <w:p w14:paraId="048C6D9D" w14:textId="77777777" w:rsidR="00222D8C" w:rsidRDefault="00222D8C" w:rsidP="005D60F6">
            <w:pPr>
              <w:tabs>
                <w:tab w:val="center" w:pos="4574"/>
                <w:tab w:val="right" w:pos="9148"/>
              </w:tabs>
              <w:spacing w:after="0" w:line="235" w:lineRule="auto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i/>
                <w:sz w:val="24"/>
                <w:szCs w:val="24"/>
              </w:rPr>
              <w:t>Istituto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</w:rPr>
              <w:t>Comprensivo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</w:rPr>
              <w:t>Statale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I.C. 1°Anagni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</w:rPr>
              <w:t>ad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</w:rPr>
              <w:t>indirizzo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musicale</w:t>
            </w:r>
          </w:p>
        </w:tc>
      </w:tr>
      <w:tr w:rsidR="00222D8C" w14:paraId="2837A02C" w14:textId="77777777" w:rsidTr="00222D8C">
        <w:trPr>
          <w:trHeight w:val="188"/>
        </w:trPr>
        <w:tc>
          <w:tcPr>
            <w:tcW w:w="9364" w:type="dxa"/>
            <w:hideMark/>
          </w:tcPr>
          <w:p w14:paraId="6B048A39" w14:textId="4F6619E7" w:rsidR="00222D8C" w:rsidRDefault="00222D8C" w:rsidP="005D60F6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noProof/>
                <w:sz w:val="22"/>
                <w:lang w:val="it-IT" w:eastAsia="it-IT"/>
              </w:rPr>
              <w:drawing>
                <wp:anchor distT="0" distB="0" distL="114300" distR="114300" simplePos="0" relativeHeight="251659264" behindDoc="1" locked="0" layoutInCell="1" allowOverlap="1" wp14:anchorId="01A1CE48" wp14:editId="3B47DFEB">
                  <wp:simplePos x="0" y="0"/>
                  <wp:positionH relativeFrom="margin">
                    <wp:posOffset>5066665</wp:posOffset>
                  </wp:positionH>
                  <wp:positionV relativeFrom="paragraph">
                    <wp:posOffset>-265430</wp:posOffset>
                  </wp:positionV>
                  <wp:extent cx="835660" cy="807720"/>
                  <wp:effectExtent l="0" t="0" r="254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660" cy="807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i/>
                <w:sz w:val="18"/>
              </w:rPr>
              <w:t xml:space="preserve">V. </w:t>
            </w:r>
            <w:r>
              <w:rPr>
                <w:rFonts w:eastAsia="Times New Roman"/>
                <w:i/>
                <w:sz w:val="16"/>
              </w:rPr>
              <w:t xml:space="preserve">le Regina Margherita n.35- 03012 </w:t>
            </w:r>
            <w:proofErr w:type="spellStart"/>
            <w:r>
              <w:rPr>
                <w:rFonts w:eastAsia="Times New Roman"/>
                <w:i/>
                <w:sz w:val="16"/>
              </w:rPr>
              <w:t>Anagni</w:t>
            </w:r>
            <w:proofErr w:type="spellEnd"/>
            <w:r>
              <w:rPr>
                <w:rFonts w:eastAsia="Times New Roman"/>
                <w:i/>
                <w:sz w:val="16"/>
              </w:rPr>
              <w:t xml:space="preserve">(Fr)- </w:t>
            </w:r>
            <w:proofErr w:type="spellStart"/>
            <w:r>
              <w:rPr>
                <w:rFonts w:eastAsia="Times New Roman"/>
                <w:i/>
                <w:sz w:val="16"/>
              </w:rPr>
              <w:t>Codice</w:t>
            </w:r>
            <w:proofErr w:type="spellEnd"/>
            <w:r>
              <w:rPr>
                <w:rFonts w:eastAsia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16"/>
              </w:rPr>
              <w:t>Meccanografico</w:t>
            </w:r>
            <w:proofErr w:type="spellEnd"/>
            <w:r>
              <w:rPr>
                <w:rFonts w:eastAsia="Times New Roman"/>
                <w:i/>
                <w:sz w:val="16"/>
              </w:rPr>
              <w:t xml:space="preserve"> FRIC84400V</w:t>
            </w:r>
          </w:p>
        </w:tc>
      </w:tr>
      <w:tr w:rsidR="00222D8C" w14:paraId="62778364" w14:textId="77777777" w:rsidTr="00222D8C">
        <w:trPr>
          <w:trHeight w:val="607"/>
        </w:trPr>
        <w:tc>
          <w:tcPr>
            <w:tcW w:w="9364" w:type="dxa"/>
          </w:tcPr>
          <w:p w14:paraId="79088E60" w14:textId="2622376D" w:rsidR="00222D8C" w:rsidRDefault="00222D8C" w:rsidP="005D60F6">
            <w:pPr>
              <w:tabs>
                <w:tab w:val="center" w:pos="4574"/>
                <w:tab w:val="right" w:pos="9148"/>
              </w:tabs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60288" behindDoc="0" locked="0" layoutInCell="1" allowOverlap="1" wp14:anchorId="37735176" wp14:editId="24532E4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-150495</wp:posOffset>
                  </wp:positionV>
                  <wp:extent cx="914400" cy="421005"/>
                  <wp:effectExtent l="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21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Arial"/>
                <w:i/>
                <w:sz w:val="16"/>
                <w:szCs w:val="16"/>
              </w:rPr>
              <w:t xml:space="preserve">tel. </w:t>
            </w:r>
            <w:proofErr w:type="gramStart"/>
            <w:r>
              <w:rPr>
                <w:rFonts w:eastAsia="Arial"/>
                <w:i/>
                <w:sz w:val="16"/>
                <w:szCs w:val="16"/>
              </w:rPr>
              <w:t>0775</w:t>
            </w:r>
            <w:r>
              <w:rPr>
                <w:rFonts w:eastAsia="Times New Roman"/>
                <w:i/>
                <w:sz w:val="16"/>
                <w:szCs w:val="16"/>
              </w:rPr>
              <w:t xml:space="preserve">.727018 </w:t>
            </w:r>
            <w:r>
              <w:rPr>
                <w:rFonts w:eastAsia="Times New Roman"/>
                <w:sz w:val="16"/>
                <w:szCs w:val="16"/>
              </w:rPr>
              <w:t xml:space="preserve"> mail:FRIC84400v@istruzione.it</w:t>
            </w:r>
            <w:proofErr w:type="gramEnd"/>
            <w:r>
              <w:rPr>
                <w:rFonts w:eastAsia="Times New Roman"/>
                <w:sz w:val="16"/>
                <w:szCs w:val="16"/>
              </w:rPr>
              <w:t xml:space="preserve"> – pec: FRIC84400v@pec.istruzione.it</w:t>
            </w:r>
          </w:p>
          <w:p w14:paraId="584AE346" w14:textId="77777777" w:rsidR="00222D8C" w:rsidRDefault="00222D8C" w:rsidP="005D60F6">
            <w:pPr>
              <w:tabs>
                <w:tab w:val="center" w:pos="4574"/>
                <w:tab w:val="right" w:pos="9148"/>
              </w:tabs>
              <w:spacing w:after="0" w:line="240" w:lineRule="auto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hyperlink r:id="rId11" w:history="1">
              <w:r>
                <w:rPr>
                  <w:rStyle w:val="Collegamentoipertestuale"/>
                  <w:sz w:val="16"/>
                  <w:szCs w:val="16"/>
                </w:rPr>
                <w:t>https://www.primoistitutocomprensivo-anagni.edu.it</w:t>
              </w:r>
            </w:hyperlink>
            <w:r>
              <w:rPr>
                <w:sz w:val="16"/>
                <w:szCs w:val="16"/>
              </w:rPr>
              <w:t xml:space="preserve"> </w:t>
            </w:r>
            <w:hyperlink r:id="rId12" w:history="1">
              <w:r>
                <w:rPr>
                  <w:rStyle w:val="Collegamentoipertestuale"/>
                  <w:rFonts w:eastAsia="Arial"/>
                  <w:i/>
                  <w:color w:val="0000FF"/>
                  <w:sz w:val="16"/>
                  <w:szCs w:val="16"/>
                </w:rPr>
                <w:t xml:space="preserve"> </w:t>
              </w:r>
            </w:hyperlink>
            <w:r>
              <w:rPr>
                <w:rFonts w:eastAsia="Arial"/>
                <w:i/>
                <w:color w:val="0000FF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i/>
                <w:sz w:val="16"/>
                <w:szCs w:val="16"/>
              </w:rPr>
              <w:t xml:space="preserve">- </w:t>
            </w:r>
            <w:r>
              <w:rPr>
                <w:rFonts w:eastAsia="Times New Roman"/>
                <w:sz w:val="16"/>
                <w:szCs w:val="16"/>
              </w:rPr>
              <w:t>C.F.80012760601</w:t>
            </w:r>
            <w:r>
              <w:rPr>
                <w:rFonts w:eastAsia="Times New Roman"/>
                <w:sz w:val="16"/>
                <w:szCs w:val="16"/>
              </w:rPr>
              <w:tab/>
            </w:r>
          </w:p>
          <w:p w14:paraId="4BFDCB92" w14:textId="77777777" w:rsidR="00222D8C" w:rsidRDefault="00222D8C" w:rsidP="005D60F6">
            <w:pPr>
              <w:spacing w:after="0" w:line="240" w:lineRule="auto"/>
              <w:jc w:val="center"/>
              <w:rPr>
                <w:rFonts w:eastAsia="Calibri"/>
                <w:sz w:val="16"/>
                <w:szCs w:val="16"/>
              </w:rPr>
            </w:pPr>
          </w:p>
        </w:tc>
      </w:tr>
    </w:tbl>
    <w:p w14:paraId="16167C76" w14:textId="6EC79E5E" w:rsidR="0096100E" w:rsidRDefault="0096100E" w:rsidP="00222D8C">
      <w:pPr>
        <w:pStyle w:val="Titolo"/>
        <w:rPr>
          <w:lang w:val="it-IT"/>
        </w:rPr>
      </w:pPr>
      <w:bookmarkStart w:id="0" w:name="_GoBack"/>
      <w:bookmarkEnd w:id="0"/>
    </w:p>
    <w:p w14:paraId="164DB0E7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>Allegato 1</w:t>
      </w:r>
    </w:p>
    <w:p w14:paraId="3D88443E" w14:textId="77777777" w:rsidR="00A76E95" w:rsidRPr="004308CB" w:rsidRDefault="00386DAE">
      <w:pPr>
        <w:pStyle w:val="Titolo1"/>
        <w:rPr>
          <w:lang w:val="it-IT"/>
        </w:rPr>
      </w:pPr>
      <w:r w:rsidRPr="004308CB">
        <w:rPr>
          <w:lang w:val="it-IT"/>
        </w:rPr>
        <w:t>Domanda di partecipazione</w:t>
      </w:r>
    </w:p>
    <w:p w14:paraId="2FAED7F4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Avviso prot. n. [DA COMPLETARE] del [DA COMPLETARE]</w:t>
      </w:r>
    </w:p>
    <w:p w14:paraId="619F6A21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Cognome e nome </w:t>
      </w:r>
      <w:r w:rsidRPr="004308CB">
        <w:rPr>
          <w:lang w:val="it-IT"/>
        </w:rPr>
        <w:t>____________________________________________________</w:t>
      </w:r>
    </w:p>
    <w:p w14:paraId="3BB7608F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luogo e data di nascita </w:t>
      </w:r>
      <w:r w:rsidRPr="004308CB">
        <w:rPr>
          <w:lang w:val="it-IT"/>
        </w:rPr>
        <w:t>________________________________________</w:t>
      </w:r>
    </w:p>
    <w:p w14:paraId="05002F5C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codice fiscale </w:t>
      </w:r>
      <w:r w:rsidRPr="004308CB">
        <w:rPr>
          <w:lang w:val="it-IT"/>
        </w:rPr>
        <w:t>_____________________________________________</w:t>
      </w:r>
    </w:p>
    <w:p w14:paraId="732594FD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telefono </w:t>
      </w:r>
      <w:r w:rsidRPr="004308CB">
        <w:rPr>
          <w:lang w:val="it-IT"/>
        </w:rPr>
        <w:t>______________________________</w:t>
      </w:r>
    </w:p>
    <w:p w14:paraId="03D1B370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e-mail istituzionale </w:t>
      </w:r>
      <w:r w:rsidRPr="004308CB">
        <w:rPr>
          <w:lang w:val="it-IT"/>
        </w:rPr>
        <w:t>______________________________________</w:t>
      </w:r>
    </w:p>
    <w:p w14:paraId="1EDD772D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ordine di scuola </w:t>
      </w:r>
      <w:r w:rsidRPr="004308CB">
        <w:rPr>
          <w:lang w:val="it-IT"/>
        </w:rPr>
        <w:t>______________________________________</w:t>
      </w:r>
    </w:p>
    <w:p w14:paraId="3131C89F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disciplina o posto di insegnamento </w:t>
      </w:r>
      <w:r w:rsidRPr="004308CB">
        <w:rPr>
          <w:lang w:val="it-IT"/>
        </w:rPr>
        <w:t>__________________________________</w:t>
      </w:r>
    </w:p>
    <w:p w14:paraId="5DEA5C58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Chiede</w:t>
      </w:r>
    </w:p>
    <w:p w14:paraId="02E57AFB" w14:textId="08A27095" w:rsidR="00A76E95" w:rsidRPr="004308CB" w:rsidRDefault="00386DAE">
      <w:pPr>
        <w:rPr>
          <w:lang w:val="it-IT"/>
        </w:rPr>
      </w:pPr>
      <w:r w:rsidRPr="004308CB">
        <w:rPr>
          <w:lang w:val="it-IT"/>
        </w:rPr>
        <w:t xml:space="preserve">di partecipare alla selezione per </w:t>
      </w:r>
      <w:r w:rsidR="00CC3A27">
        <w:rPr>
          <w:lang w:val="it-IT"/>
        </w:rPr>
        <w:t xml:space="preserve">il corso di </w:t>
      </w:r>
      <w:r w:rsidR="00CC3A27" w:rsidRPr="001E48A0">
        <w:rPr>
          <w:lang w:val="it-IT"/>
        </w:rPr>
        <w:t xml:space="preserve">formazione </w:t>
      </w:r>
      <w:r w:rsidR="00CC3A27" w:rsidRPr="001E48A0">
        <w:rPr>
          <w:b/>
          <w:bCs/>
          <w:i/>
          <w:iCs/>
          <w:lang w:val="it-IT"/>
        </w:rPr>
        <w:t xml:space="preserve">AI for CLIL: </w:t>
      </w:r>
      <w:proofErr w:type="spellStart"/>
      <w:r w:rsidR="00CC3A27" w:rsidRPr="001E48A0">
        <w:rPr>
          <w:b/>
          <w:bCs/>
          <w:i/>
          <w:iCs/>
          <w:lang w:val="it-IT"/>
        </w:rPr>
        <w:t>Lesson</w:t>
      </w:r>
      <w:proofErr w:type="spellEnd"/>
      <w:r w:rsidR="00CC3A27" w:rsidRPr="001E48A0">
        <w:rPr>
          <w:b/>
          <w:bCs/>
          <w:i/>
          <w:iCs/>
          <w:lang w:val="it-IT"/>
        </w:rPr>
        <w:t xml:space="preserve"> </w:t>
      </w:r>
      <w:proofErr w:type="spellStart"/>
      <w:r w:rsidR="00CC3A27" w:rsidRPr="001E48A0">
        <w:rPr>
          <w:b/>
          <w:bCs/>
          <w:i/>
          <w:iCs/>
          <w:lang w:val="it-IT"/>
        </w:rPr>
        <w:t>Plans</w:t>
      </w:r>
      <w:proofErr w:type="spellEnd"/>
      <w:r w:rsidR="00CC3A27" w:rsidRPr="001E48A0">
        <w:rPr>
          <w:b/>
          <w:bCs/>
          <w:i/>
          <w:iCs/>
          <w:lang w:val="it-IT"/>
        </w:rPr>
        <w:t xml:space="preserve">, </w:t>
      </w:r>
      <w:proofErr w:type="spellStart"/>
      <w:r w:rsidR="00CC3A27" w:rsidRPr="001E48A0">
        <w:rPr>
          <w:b/>
          <w:bCs/>
          <w:i/>
          <w:iCs/>
          <w:lang w:val="it-IT"/>
        </w:rPr>
        <w:t>Resources</w:t>
      </w:r>
      <w:proofErr w:type="spellEnd"/>
      <w:r w:rsidR="00CC3A27" w:rsidRPr="001E48A0">
        <w:rPr>
          <w:b/>
          <w:bCs/>
          <w:i/>
          <w:iCs/>
          <w:lang w:val="it-IT"/>
        </w:rPr>
        <w:t xml:space="preserve"> and </w:t>
      </w:r>
      <w:proofErr w:type="spellStart"/>
      <w:r w:rsidR="00CC3A27" w:rsidRPr="001E48A0">
        <w:rPr>
          <w:b/>
          <w:bCs/>
          <w:i/>
          <w:iCs/>
          <w:lang w:val="it-IT"/>
        </w:rPr>
        <w:t>Assessment</w:t>
      </w:r>
      <w:proofErr w:type="spellEnd"/>
      <w:r w:rsidR="00CC3A27" w:rsidRPr="001E48A0">
        <w:rPr>
          <w:b/>
          <w:bCs/>
          <w:i/>
          <w:iCs/>
          <w:lang w:val="it-IT"/>
        </w:rPr>
        <w:t xml:space="preserve"> Tools</w:t>
      </w:r>
    </w:p>
    <w:p w14:paraId="2D9AB25E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Dichiara</w:t>
      </w:r>
    </w:p>
    <w:p w14:paraId="22B99A70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Ai sensi degli articoli 46 e 47 del DPR 445/2000, consapevole delle conseguenze previste dagli articoli 75 e 76:</w:t>
      </w:r>
    </w:p>
    <w:p w14:paraId="45668FCE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</w:t>
      </w:r>
      <w:proofErr w:type="gramEnd"/>
      <w:r w:rsidRPr="004308CB">
        <w:rPr>
          <w:lang w:val="it-IT"/>
        </w:rPr>
        <w:t xml:space="preserve"> prestare servizio presso l’Istituto Comprensivo Anagni Primo nell’anno scolastico 2026/2027;</w:t>
      </w:r>
    </w:p>
    <w:p w14:paraId="0AA7B8DE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</w:t>
      </w:r>
      <w:proofErr w:type="gramEnd"/>
      <w:r w:rsidRPr="004308CB">
        <w:rPr>
          <w:lang w:val="it-IT"/>
        </w:rPr>
        <w:t xml:space="preserve"> appartenere all’ordine di scuola indicato per la mobilità richiesta;</w:t>
      </w:r>
    </w:p>
    <w:p w14:paraId="5F6BC6C2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</w:t>
      </w:r>
      <w:proofErr w:type="gramEnd"/>
      <w:r w:rsidRPr="004308CB">
        <w:rPr>
          <w:lang w:val="it-IT"/>
        </w:rPr>
        <w:t xml:space="preserve"> essere disponibile per l’intero periodo, inclusi viaggio, preparazione e attività successive;</w:t>
      </w:r>
    </w:p>
    <w:p w14:paraId="44B4DD76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</w:t>
      </w:r>
      <w:proofErr w:type="gramEnd"/>
      <w:r w:rsidRPr="004308CB">
        <w:rPr>
          <w:lang w:val="it-IT"/>
        </w:rPr>
        <w:t xml:space="preserve"> avere letto e accettato integralmente l’avviso;</w:t>
      </w:r>
    </w:p>
    <w:p w14:paraId="69A0E1AA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che</w:t>
      </w:r>
      <w:proofErr w:type="gramEnd"/>
      <w:r w:rsidRPr="004308CB">
        <w:rPr>
          <w:lang w:val="it-IT"/>
        </w:rPr>
        <w:t xml:space="preserve"> titoli ed esperienze indicati negli allegati e nel curriculum corrispondono al vero;</w:t>
      </w:r>
    </w:p>
    <w:p w14:paraId="5BFE22E1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</w:t>
      </w:r>
      <w:proofErr w:type="gramEnd"/>
      <w:r w:rsidRPr="004308CB">
        <w:rPr>
          <w:lang w:val="it-IT"/>
        </w:rPr>
        <w:t xml:space="preserve"> impegnarsi a comunicare immediatamente ogni variazione rilevante.</w:t>
      </w:r>
    </w:p>
    <w:p w14:paraId="3F8CEFB3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Allega: curriculum professionale; Allegato 2; Allegato 3; copie delle certificazioni non già agli atti; eventuale ulteriore documentazione pertinente.</w:t>
      </w:r>
    </w:p>
    <w:p w14:paraId="1CD47754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Luogo e data __________________________    Firma ______________________________</w:t>
      </w:r>
    </w:p>
    <w:p w14:paraId="1DF28811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>Codice identificativo assegnato dall’Ufficio protocollo: __________________________</w:t>
      </w:r>
    </w:p>
    <w:p w14:paraId="7C5AB0A4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br w:type="page"/>
      </w:r>
    </w:p>
    <w:p w14:paraId="3E3773D2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lastRenderedPageBreak/>
        <w:t>Allegato 2</w:t>
      </w:r>
    </w:p>
    <w:p w14:paraId="70631D06" w14:textId="77777777" w:rsidR="00A76E95" w:rsidRPr="004308CB" w:rsidRDefault="00386DAE">
      <w:pPr>
        <w:pStyle w:val="Titolo1"/>
        <w:rPr>
          <w:lang w:val="it-IT"/>
        </w:rPr>
      </w:pPr>
      <w:r w:rsidRPr="004308CB">
        <w:rPr>
          <w:lang w:val="it-IT"/>
        </w:rPr>
        <w:t>Scheda dei titoli e delle esperienze</w:t>
      </w:r>
    </w:p>
    <w:p w14:paraId="255D51F0" w14:textId="77777777" w:rsidR="00A76E95" w:rsidRDefault="00386DAE">
      <w:r w:rsidRPr="004308CB">
        <w:rPr>
          <w:lang w:val="it-IT"/>
        </w:rPr>
        <w:t xml:space="preserve">Il candidato indica gli elementi posseduti senza attribuirsi il punteggio. </w:t>
      </w:r>
      <w:r>
        <w:t xml:space="preserve">La </w:t>
      </w:r>
      <w:proofErr w:type="spellStart"/>
      <w:r>
        <w:t>Commissione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e </w:t>
      </w:r>
      <w:proofErr w:type="spellStart"/>
      <w:r>
        <w:t>valuta</w:t>
      </w:r>
      <w:proofErr w:type="spellEnd"/>
      <w:r>
        <w:t xml:space="preserve"> secondo l’articolo 5.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025"/>
        <w:gridCol w:w="3061"/>
        <w:gridCol w:w="1417"/>
      </w:tblGrid>
      <w:tr w:rsidR="00A76E95" w14:paraId="1189033E" w14:textId="77777777">
        <w:trPr>
          <w:cantSplit/>
          <w:tblHeader/>
          <w:jc w:val="center"/>
        </w:trPr>
        <w:tc>
          <w:tcPr>
            <w:tcW w:w="454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81D2741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w="4025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778B87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o esperienza dichiarata</w:t>
            </w:r>
          </w:p>
        </w:tc>
        <w:tc>
          <w:tcPr>
            <w:tcW w:w="3061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30AC9C" w14:textId="77777777" w:rsidR="00A76E95" w:rsidRPr="004308CB" w:rsidRDefault="00386DAE">
            <w:pPr>
              <w:spacing w:after="0" w:line="240" w:lineRule="auto"/>
              <w:rPr>
                <w:lang w:val="it-IT"/>
              </w:rPr>
            </w:pPr>
            <w:r w:rsidRPr="004308CB">
              <w:rPr>
                <w:b/>
                <w:color w:val="FFFFFF"/>
                <w:sz w:val="16"/>
                <w:lang w:val="it-IT"/>
              </w:rPr>
              <w:t>Periodo ente documento di riscontro</w:t>
            </w:r>
          </w:p>
        </w:tc>
        <w:tc>
          <w:tcPr>
            <w:tcW w:w="1417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5AAC18" w14:textId="77777777" w:rsidR="00A76E95" w:rsidRDefault="00386DA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Uso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Commissione</w:t>
            </w:r>
            <w:proofErr w:type="spellEnd"/>
          </w:p>
        </w:tc>
      </w:tr>
      <w:tr w:rsidR="00A76E95" w14:paraId="2AC3F592" w14:textId="77777777">
        <w:trPr>
          <w:cantSplit/>
          <w:jc w:val="center"/>
        </w:trPr>
        <w:tc>
          <w:tcPr>
            <w:tcW w:w="4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4E11ED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1</w:t>
            </w:r>
          </w:p>
        </w:tc>
        <w:tc>
          <w:tcPr>
            <w:tcW w:w="402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E1297F9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5D145C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E2CC4A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2982D630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AB0AED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402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7304EEA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503490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FD2BB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6DDFF519" w14:textId="77777777">
        <w:trPr>
          <w:cantSplit/>
          <w:jc w:val="center"/>
        </w:trPr>
        <w:tc>
          <w:tcPr>
            <w:tcW w:w="4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5FBD9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402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2F90EA4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7B379AD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4FC25A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05AF51C1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CAAA68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402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F82807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2482FC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C1F3B6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16D71B2C" w14:textId="77777777">
        <w:trPr>
          <w:cantSplit/>
          <w:jc w:val="center"/>
        </w:trPr>
        <w:tc>
          <w:tcPr>
            <w:tcW w:w="4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1E01B4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5</w:t>
            </w:r>
          </w:p>
        </w:tc>
        <w:tc>
          <w:tcPr>
            <w:tcW w:w="402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D83352D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D9BFD01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45DA5E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1A186FBE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53A245A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402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2916178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E550B18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F974AAB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10BE764A" w14:textId="77777777">
        <w:trPr>
          <w:cantSplit/>
          <w:jc w:val="center"/>
        </w:trPr>
        <w:tc>
          <w:tcPr>
            <w:tcW w:w="454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839BF9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7</w:t>
            </w:r>
          </w:p>
        </w:tc>
        <w:tc>
          <w:tcPr>
            <w:tcW w:w="402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037206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93A56D4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21C63B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  <w:tr w:rsidR="00A76E95" w14:paraId="0C6CAEC5" w14:textId="77777777">
        <w:trPr>
          <w:cantSplit/>
          <w:jc w:val="center"/>
        </w:trPr>
        <w:tc>
          <w:tcPr>
            <w:tcW w:w="454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CCB8D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8</w:t>
            </w:r>
          </w:p>
        </w:tc>
        <w:tc>
          <w:tcPr>
            <w:tcW w:w="402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DC06A4" w14:textId="77777777" w:rsidR="00A76E95" w:rsidRDefault="00A76E95">
            <w:pPr>
              <w:spacing w:after="0" w:line="240" w:lineRule="auto"/>
            </w:pPr>
          </w:p>
        </w:tc>
        <w:tc>
          <w:tcPr>
            <w:tcW w:w="3061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8F7A935" w14:textId="77777777" w:rsidR="00A76E95" w:rsidRDefault="00A76E95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2311BF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Punti ____</w:t>
            </w:r>
          </w:p>
        </w:tc>
      </w:tr>
    </w:tbl>
    <w:p w14:paraId="40798213" w14:textId="77777777" w:rsidR="00A76E95" w:rsidRDefault="00386DAE">
      <w:pPr>
        <w:pStyle w:val="Titolo2"/>
      </w:pPr>
      <w:r>
        <w:t>Competenze linguistiche</w:t>
      </w:r>
    </w:p>
    <w:p w14:paraId="107FE9D3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Inglese</w:t>
      </w:r>
      <w:proofErr w:type="gramEnd"/>
      <w:r w:rsidRPr="004308CB">
        <w:rPr>
          <w:lang w:val="it-IT"/>
        </w:rPr>
        <w:t xml:space="preserve">  livello QCER ____  certificazione __________________  anno ____</w:t>
      </w:r>
    </w:p>
    <w:p w14:paraId="1639EBBE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Spagnolo</w:t>
      </w:r>
      <w:proofErr w:type="gramEnd"/>
      <w:r w:rsidRPr="004308CB">
        <w:rPr>
          <w:lang w:val="it-IT"/>
        </w:rPr>
        <w:t xml:space="preserve">  livello QCER ____  certificazione _________________  anno ____</w:t>
      </w:r>
    </w:p>
    <w:p w14:paraId="47159251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Altra</w:t>
      </w:r>
      <w:proofErr w:type="gramEnd"/>
      <w:r w:rsidRPr="004308CB">
        <w:rPr>
          <w:lang w:val="it-IT"/>
        </w:rPr>
        <w:t xml:space="preserve"> lingua di lavoro concordata __________________  livello ____</w:t>
      </w:r>
    </w:p>
    <w:p w14:paraId="219B1368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Precedenti mobilità Erasmus dello staff</w:t>
      </w:r>
    </w:p>
    <w:p w14:paraId="5544386C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Nessuna</w:t>
      </w:r>
      <w:proofErr w:type="gramEnd"/>
      <w:r w:rsidRPr="004308CB">
        <w:rPr>
          <w:lang w:val="it-IT"/>
        </w:rPr>
        <w:t xml:space="preserve"> negli ultimi tre anni</w:t>
      </w:r>
    </w:p>
    <w:p w14:paraId="3535778E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Una</w:t>
      </w:r>
      <w:proofErr w:type="gramEnd"/>
      <w:r w:rsidRPr="004308CB">
        <w:rPr>
          <w:lang w:val="it-IT"/>
        </w:rPr>
        <w:t xml:space="preserve"> negli ultimi tre anni  progetto e anno __________________________</w:t>
      </w:r>
    </w:p>
    <w:p w14:paraId="5F3840C6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Due</w:t>
      </w:r>
      <w:proofErr w:type="gramEnd"/>
      <w:r w:rsidRPr="004308CB">
        <w:rPr>
          <w:lang w:val="it-IT"/>
        </w:rPr>
        <w:t xml:space="preserve"> o più negli ultimi tre anni  progetti e anni ______________________</w:t>
      </w:r>
    </w:p>
    <w:p w14:paraId="0C19E2FF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Luogo e data __________________________    Firma ______________________________</w:t>
      </w:r>
    </w:p>
    <w:p w14:paraId="5825F5CD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br w:type="page"/>
      </w:r>
    </w:p>
    <w:p w14:paraId="435396E9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lastRenderedPageBreak/>
        <w:t>Allegato 3</w:t>
      </w:r>
    </w:p>
    <w:p w14:paraId="78D12F86" w14:textId="77777777" w:rsidR="00A76E95" w:rsidRPr="004308CB" w:rsidRDefault="00386DAE">
      <w:pPr>
        <w:pStyle w:val="Titolo1"/>
        <w:rPr>
          <w:lang w:val="it-IT"/>
        </w:rPr>
      </w:pPr>
      <w:r w:rsidRPr="004308CB">
        <w:rPr>
          <w:lang w:val="it-IT"/>
        </w:rPr>
        <w:t>Progetto individuale di osservazione trasferimento e disseminazione</w:t>
      </w:r>
    </w:p>
    <w:p w14:paraId="0C192171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Compilare in modo concreto e sintetico. È possibile allegare una versione dattiloscritta mantenendo le medesime sezioni.</w:t>
      </w:r>
    </w:p>
    <w:p w14:paraId="3B24A5F9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1  Mobilità</w:t>
      </w:r>
      <w:proofErr w:type="gramEnd"/>
      <w:r w:rsidRPr="004308CB">
        <w:rPr>
          <w:lang w:val="it-IT"/>
        </w:rPr>
        <w:t xml:space="preserve"> richiesta e motivazione</w:t>
      </w:r>
    </w:p>
    <w:p w14:paraId="08000499" w14:textId="4DFFA2AA" w:rsidR="00A76E95" w:rsidRPr="004308CB" w:rsidRDefault="00CC3A27">
      <w:pPr>
        <w:pStyle w:val="SmallDocenti"/>
        <w:rPr>
          <w:lang w:val="it-IT"/>
        </w:rPr>
      </w:pPr>
      <w:r>
        <w:rPr>
          <w:lang w:val="it-IT"/>
        </w:rPr>
        <w:t>S</w:t>
      </w:r>
      <w:r w:rsidR="00386DAE" w:rsidRPr="004308CB">
        <w:rPr>
          <w:lang w:val="it-IT"/>
        </w:rPr>
        <w:t>piegare la coerenza con ruolo, disciplina, ordine di scuola e obiettivi Erasmus.</w:t>
      </w:r>
    </w:p>
    <w:p w14:paraId="03BD0B79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066DC2AE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3BD236A6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0A8742F1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2  Bisogno</w:t>
      </w:r>
      <w:proofErr w:type="gramEnd"/>
      <w:r w:rsidRPr="004308CB">
        <w:rPr>
          <w:lang w:val="it-IT"/>
        </w:rPr>
        <w:t xml:space="preserve"> formativo</w:t>
      </w:r>
    </w:p>
    <w:p w14:paraId="021FD9B7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>Descrivere il bisogno professionale e le criticità o opportunità del contesto scolastico cui la mobilità può rispondere.</w:t>
      </w:r>
    </w:p>
    <w:p w14:paraId="1AF003DF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04D132F2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689C297B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49F03D08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3  Obiettivi</w:t>
      </w:r>
      <w:proofErr w:type="gramEnd"/>
      <w:r w:rsidRPr="004308CB">
        <w:rPr>
          <w:lang w:val="it-IT"/>
        </w:rPr>
        <w:t xml:space="preserve"> di osservazione</w:t>
      </w:r>
    </w:p>
    <w:p w14:paraId="20624495" w14:textId="2224D348" w:rsidR="00A76E95" w:rsidRPr="004308CB" w:rsidRDefault="00386DAE">
      <w:pPr>
        <w:pStyle w:val="SmallDocenti"/>
        <w:rPr>
          <w:lang w:val="it-IT"/>
        </w:rPr>
      </w:pPr>
      <w:proofErr w:type="gramStart"/>
      <w:r w:rsidRPr="00A172BA">
        <w:rPr>
          <w:lang w:val="it-IT"/>
        </w:rPr>
        <w:t>Indicare  risultati</w:t>
      </w:r>
      <w:proofErr w:type="gramEnd"/>
      <w:r w:rsidRPr="00A172BA">
        <w:rPr>
          <w:lang w:val="it-IT"/>
        </w:rPr>
        <w:t xml:space="preserve"> di apprendimento attesi.</w:t>
      </w:r>
    </w:p>
    <w:p w14:paraId="74EDD873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6395A930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7F88888D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33EB7B90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4  Ricaduta</w:t>
      </w:r>
      <w:proofErr w:type="gramEnd"/>
      <w:r w:rsidRPr="004308CB">
        <w:rPr>
          <w:lang w:val="it-IT"/>
        </w:rPr>
        <w:t xml:space="preserve"> sugli alunni e sull’Istituto</w:t>
      </w:r>
    </w:p>
    <w:p w14:paraId="6BF02458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>Precisare benefici attesi, destinatari e collegamento con PTOF, RAV, Piano di miglioramento o Piano di formazione.</w:t>
      </w:r>
    </w:p>
    <w:p w14:paraId="76AF266C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3861F126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206D18A5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1457439E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5  Trasferimento</w:t>
      </w:r>
      <w:proofErr w:type="gramEnd"/>
      <w:r w:rsidRPr="004308CB">
        <w:rPr>
          <w:lang w:val="it-IT"/>
        </w:rPr>
        <w:t xml:space="preserve"> e sperimentazione</w:t>
      </w:r>
    </w:p>
    <w:p w14:paraId="72C9B76C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 xml:space="preserve">Descrivere attività, </w:t>
      </w:r>
      <w:r w:rsidRPr="00E01583">
        <w:rPr>
          <w:lang w:val="it-IT"/>
        </w:rPr>
        <w:t>prodotto replicabile</w:t>
      </w:r>
      <w:r w:rsidRPr="004308CB">
        <w:rPr>
          <w:lang w:val="it-IT"/>
        </w:rPr>
        <w:t>, tempi, colleghi coinvolti e indicatori di risultato.</w:t>
      </w:r>
    </w:p>
    <w:p w14:paraId="3F8E9ED3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5D6FD067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259AF1C3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4439805C" w14:textId="77777777" w:rsidR="00A76E95" w:rsidRPr="004308CB" w:rsidRDefault="00386DAE">
      <w:pPr>
        <w:pStyle w:val="Titolo2"/>
        <w:rPr>
          <w:lang w:val="it-IT"/>
        </w:rPr>
      </w:pPr>
      <w:proofErr w:type="gramStart"/>
      <w:r w:rsidRPr="004308CB">
        <w:rPr>
          <w:lang w:val="it-IT"/>
        </w:rPr>
        <w:t>6  Disseminazione</w:t>
      </w:r>
      <w:proofErr w:type="gramEnd"/>
    </w:p>
    <w:p w14:paraId="6CFE1DF0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t>Indicare restituzione, formazione interna, condivisione dei materiali e ulteriori azioni di comunicazione.</w:t>
      </w:r>
    </w:p>
    <w:p w14:paraId="6BCF7C31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11DC5552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4CC1E575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________________________________________________________________________________</w:t>
      </w:r>
    </w:p>
    <w:p w14:paraId="458C9BF6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Luogo e data __________________________    Firma ______________________________</w:t>
      </w:r>
    </w:p>
    <w:p w14:paraId="3E47F9C5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br w:type="page"/>
      </w:r>
    </w:p>
    <w:p w14:paraId="6A45C664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lastRenderedPageBreak/>
        <w:t>Allegato 4</w:t>
      </w:r>
    </w:p>
    <w:p w14:paraId="11D8E3A4" w14:textId="77777777" w:rsidR="00A76E95" w:rsidRPr="004308CB" w:rsidRDefault="00386DAE">
      <w:pPr>
        <w:pStyle w:val="Titolo1"/>
        <w:rPr>
          <w:lang w:val="it-IT"/>
        </w:rPr>
      </w:pPr>
      <w:r w:rsidRPr="004308CB">
        <w:rPr>
          <w:lang w:val="it-IT"/>
        </w:rPr>
        <w:t>Informativa sul trattamento dei dati personali</w:t>
      </w:r>
    </w:p>
    <w:p w14:paraId="48A1C0FA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Ai sensi degli articoli 13 e 14 del Regolamento UE 2016/679</w:t>
      </w:r>
    </w:p>
    <w:p w14:paraId="00750BB8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Titolare e responsabile della protezione dei dati</w:t>
      </w:r>
    </w:p>
    <w:p w14:paraId="254F3D9B" w14:textId="37C46FA5" w:rsidR="00A76E95" w:rsidRPr="004308CB" w:rsidRDefault="00386DAE">
      <w:pPr>
        <w:rPr>
          <w:lang w:val="it-IT"/>
        </w:rPr>
      </w:pPr>
      <w:r w:rsidRPr="004308CB">
        <w:rPr>
          <w:lang w:val="it-IT"/>
        </w:rPr>
        <w:t xml:space="preserve">Titolare del trattamento è l’Istituto Comprensivo Anagni Primo, rappresentato dal Dirigente scolastico, con sede e recapiti pubblicati sul sito istituzionale. Il Responsabile della protezione </w:t>
      </w:r>
      <w:r w:rsidRPr="00417F2C">
        <w:rPr>
          <w:lang w:val="it-IT"/>
        </w:rPr>
        <w:t xml:space="preserve">dei dati è </w:t>
      </w:r>
      <w:proofErr w:type="spellStart"/>
      <w:r w:rsidR="007B6B4F" w:rsidRPr="00417F2C">
        <w:rPr>
          <w:lang w:val="it-IT"/>
        </w:rPr>
        <w:t>Microtech</w:t>
      </w:r>
      <w:proofErr w:type="spellEnd"/>
      <w:r w:rsidR="007B6B4F" w:rsidRPr="00417F2C">
        <w:rPr>
          <w:lang w:val="it-IT"/>
        </w:rPr>
        <w:t xml:space="preserve"> S.r.l. e-mail:  </w:t>
      </w:r>
      <w:hyperlink r:id="rId13" w:history="1">
        <w:r w:rsidR="007B6B4F" w:rsidRPr="00417F2C">
          <w:rPr>
            <w:rStyle w:val="Collegamentoipertestuale"/>
            <w:lang w:val="it-IT"/>
          </w:rPr>
          <w:t>milli@webmicrotech.it</w:t>
        </w:r>
      </w:hyperlink>
      <w:r w:rsidR="007B6B4F" w:rsidRPr="007B6B4F">
        <w:rPr>
          <w:highlight w:val="yellow"/>
          <w:lang w:val="it-IT"/>
        </w:rPr>
        <w:t xml:space="preserve"> </w:t>
      </w:r>
    </w:p>
    <w:p w14:paraId="6BFB19C8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Finalità e basi giuridiche</w:t>
      </w:r>
    </w:p>
    <w:p w14:paraId="1B18F506" w14:textId="77777777" w:rsidR="00A76E95" w:rsidRPr="004308CB" w:rsidRDefault="00386DAE" w:rsidP="007B6B4F">
      <w:pPr>
        <w:jc w:val="both"/>
        <w:rPr>
          <w:lang w:val="it-IT"/>
        </w:rPr>
      </w:pPr>
      <w:r w:rsidRPr="004308CB">
        <w:rPr>
          <w:lang w:val="it-IT"/>
        </w:rPr>
        <w:t>I dati sono trattati per ricevere e valutare le candidature, formare le graduatorie, verificare le dichiarazioni, gestire mobilità, viaggio, sicurezza, assicurazione, Learning Agreement, riconoscimento, rendicontazione, monitoraggio e disseminazione, adempiere agli obblighi amministrativi e contabili e tutelare diritti e interessi dell’Istituto e degli interessati. Le basi giuridiche sono l’esecuzione di compiti di interesse pubblico e l’esercizio di pubblici poteri, l’adempimento di obblighi legali e, quando applicabile, l’esecuzione degli accordi connessi alla partecipazione. Per categorie particolari di dati si applicano le condizioni previste dall’articolo 9 GDPR e dalla normativa nazionale. Il consenso non costituisce la base giuridica dei trattamenti necessari alla procedura.</w:t>
      </w:r>
    </w:p>
    <w:p w14:paraId="277C9D81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Dati trattati e conferimento</w:t>
      </w:r>
    </w:p>
    <w:p w14:paraId="72B32BC9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Possono essere trattati dati identificativi, professionali, di contatto, titoli, esperienze, valutazioni, dati di viaggio, amministrativi, contabili e, solo quando indispensabile, dati relativi a salute o esigenze specifiche. Il conferimento dei dati necessari è obbligatorio; il mancato conferimento può impedire la valutazione o la partecipazione. I dati facoltativi sono chiaramente indicati.</w:t>
      </w:r>
    </w:p>
    <w:p w14:paraId="5EA3BAA0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Destinatari e trasferimenti</w:t>
      </w:r>
    </w:p>
    <w:p w14:paraId="4A3B68A9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I dati sono trattati da personale autorizzato e possono essere comunicati, nei limiti necessari, ad Agenzia Nazionale Erasmus+ INDIRE, Commissione europea e piattaforme del Programma, scuola ospitante, fornitori di viaggio e alloggio, assicurazioni, autorità e soggetti cui la comunicazione sia dovuta. Eventuali responsabili del trattamento sono designati ai sensi dell’articolo 28 GDPR. I trasferimenti fuori dallo Spazio economico europeo avvengono soltanto in presenza delle garanzie previste dal GDPR; le mobilità oggetto dell’avviso si svolgono nell’Unione europea.</w:t>
      </w:r>
    </w:p>
    <w:p w14:paraId="642B01BF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Conservazione pubblicazione e sicurezza</w:t>
      </w:r>
    </w:p>
    <w:p w14:paraId="60EEDADF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I dati sono conservati per il tempo previsto dagli obblighi di progetto, rendicontazione, archiviazione scolastica e tutela giuridica, secondo il massimario di conservazione applicabile. Le graduatorie diffuse riportano dati ridotti al minimo, preferibilmente mediante codice identificativo. Titoli, curriculum, dati sanitari e recapiti non sono pubblicati. Sono adottate misure tecniche e organizzative adeguate; non sono effettuate decisioni esclusivamente automatizzate.</w:t>
      </w:r>
    </w:p>
    <w:p w14:paraId="464F78B9" w14:textId="77777777" w:rsidR="00A76E95" w:rsidRPr="004308CB" w:rsidRDefault="00386DAE">
      <w:pPr>
        <w:pStyle w:val="Titolo2"/>
        <w:rPr>
          <w:lang w:val="it-IT"/>
        </w:rPr>
      </w:pPr>
      <w:r w:rsidRPr="004308CB">
        <w:rPr>
          <w:lang w:val="it-IT"/>
        </w:rPr>
        <w:t>Diritti</w:t>
      </w:r>
    </w:p>
    <w:p w14:paraId="71D737A2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L’interessato può esercitare, nei casi previsti, i diritti di accesso, rettifica, cancellazione, limitazione, opposizione e portabilità, rivolgendosi al Titolare o al RPD. Può proporre reclamo al Garante per la protezione dei dati personali. L’eventuale accesso documentale o civico è valutato nel rispetto della normativa sulla trasparenza e dei diritti dei terzi.</w:t>
      </w:r>
    </w:p>
    <w:p w14:paraId="687E274D" w14:textId="77777777" w:rsidR="00A76E95" w:rsidRPr="004308CB" w:rsidRDefault="00386DAE">
      <w:pPr>
        <w:spacing w:after="40"/>
        <w:rPr>
          <w:lang w:val="it-IT"/>
        </w:rPr>
      </w:pPr>
      <w:proofErr w:type="gramStart"/>
      <w:r w:rsidRPr="004308CB">
        <w:rPr>
          <w:lang w:val="it-IT"/>
        </w:rPr>
        <w:t>☐  Dichiaro</w:t>
      </w:r>
      <w:proofErr w:type="gramEnd"/>
      <w:r w:rsidRPr="004308CB">
        <w:rPr>
          <w:lang w:val="it-IT"/>
        </w:rPr>
        <w:t xml:space="preserve"> di avere ricevuto e letto l’informativa. La firma attesta la presa visione e non costituisce consenso ai trattamenti necessari alla procedura.</w:t>
      </w:r>
    </w:p>
    <w:p w14:paraId="4AB6B314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t>Luogo e data __________________________    Firma ______________________________</w:t>
      </w:r>
    </w:p>
    <w:p w14:paraId="5E00D4A4" w14:textId="77777777" w:rsidR="00A76E95" w:rsidRPr="004308CB" w:rsidRDefault="00386DAE">
      <w:pPr>
        <w:rPr>
          <w:lang w:val="it-IT"/>
        </w:rPr>
      </w:pPr>
      <w:r w:rsidRPr="004308CB">
        <w:rPr>
          <w:lang w:val="it-IT"/>
        </w:rPr>
        <w:br w:type="page"/>
      </w:r>
    </w:p>
    <w:p w14:paraId="60EA7144" w14:textId="77777777" w:rsidR="00A76E95" w:rsidRPr="004308CB" w:rsidRDefault="00386DAE">
      <w:pPr>
        <w:pStyle w:val="SmallDocenti"/>
        <w:rPr>
          <w:lang w:val="it-IT"/>
        </w:rPr>
      </w:pPr>
      <w:r w:rsidRPr="004308CB">
        <w:rPr>
          <w:lang w:val="it-IT"/>
        </w:rPr>
        <w:lastRenderedPageBreak/>
        <w:t>Allegato 5</w:t>
      </w:r>
    </w:p>
    <w:p w14:paraId="1D0827CE" w14:textId="77777777" w:rsidR="00A76E95" w:rsidRPr="004308CB" w:rsidRDefault="00386DAE">
      <w:pPr>
        <w:pStyle w:val="Titolo1"/>
        <w:rPr>
          <w:lang w:val="it-IT"/>
        </w:rPr>
      </w:pPr>
      <w:r w:rsidRPr="004308CB">
        <w:rPr>
          <w:lang w:val="it-IT"/>
        </w:rPr>
        <w:t>Scheda di valutazione della Commissione</w:t>
      </w:r>
    </w:p>
    <w:p w14:paraId="5CEBC51A" w14:textId="77777777" w:rsidR="00A76E95" w:rsidRPr="004308CB" w:rsidRDefault="00386DAE">
      <w:pPr>
        <w:rPr>
          <w:lang w:val="it-IT"/>
        </w:rPr>
      </w:pPr>
      <w:r w:rsidRPr="004308CB">
        <w:rPr>
          <w:b/>
          <w:lang w:val="it-IT"/>
        </w:rPr>
        <w:t xml:space="preserve">Codice candidato </w:t>
      </w:r>
      <w:r w:rsidRPr="004308CB">
        <w:rPr>
          <w:lang w:val="it-IT"/>
        </w:rPr>
        <w:t>__________________________________</w:t>
      </w:r>
    </w:p>
    <w:p w14:paraId="5BF56A48" w14:textId="77777777" w:rsidR="00A76E95" w:rsidRDefault="00386DAE">
      <w:proofErr w:type="spellStart"/>
      <w:r>
        <w:rPr>
          <w:b/>
        </w:rPr>
        <w:t>Mobilità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valutata</w:t>
      </w:r>
      <w:proofErr w:type="spellEnd"/>
      <w:r>
        <w:rPr>
          <w:b/>
        </w:rPr>
        <w:t xml:space="preserve"> </w:t>
      </w:r>
      <w:r>
        <w:t>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850"/>
        <w:gridCol w:w="1020"/>
        <w:gridCol w:w="3969"/>
      </w:tblGrid>
      <w:tr w:rsidR="00A76E95" w14:paraId="63AA74FE" w14:textId="77777777">
        <w:trPr>
          <w:cantSplit/>
          <w:tblHeader/>
          <w:jc w:val="center"/>
        </w:trPr>
        <w:tc>
          <w:tcPr>
            <w:tcW w:w="3005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0FB4550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Criterio</w:t>
            </w:r>
          </w:p>
        </w:tc>
        <w:tc>
          <w:tcPr>
            <w:tcW w:w="850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9F033F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20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4C8B62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Attribuito</w:t>
            </w:r>
          </w:p>
        </w:tc>
        <w:tc>
          <w:tcPr>
            <w:tcW w:w="3969" w:type="dxa"/>
            <w:shd w:val="clear" w:color="auto" w:fill="1F4E7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8C2669" w14:textId="77777777" w:rsidR="00A76E95" w:rsidRDefault="00386D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Motivazione sintetica</w:t>
            </w:r>
          </w:p>
        </w:tc>
      </w:tr>
      <w:tr w:rsidR="00A76E95" w14:paraId="677CE910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570EDD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Motivazione e coerenza</w:t>
            </w:r>
          </w:p>
        </w:tc>
        <w:tc>
          <w:tcPr>
            <w:tcW w:w="85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E1FEEA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10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FD2D8E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C94C33" w14:textId="77777777" w:rsidR="00A76E95" w:rsidRDefault="00A76E95">
            <w:pPr>
              <w:spacing w:after="0" w:line="240" w:lineRule="auto"/>
            </w:pPr>
          </w:p>
        </w:tc>
      </w:tr>
      <w:tr w:rsidR="00A76E95" w14:paraId="3E966D97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E05EEEB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Bisogno formativo e beneficio</w:t>
            </w:r>
          </w:p>
        </w:tc>
        <w:tc>
          <w:tcPr>
            <w:tcW w:w="85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AB7AA0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5</w:t>
            </w:r>
          </w:p>
        </w:tc>
        <w:tc>
          <w:tcPr>
            <w:tcW w:w="102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8C0A04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6916A4" w14:textId="77777777" w:rsidR="00A76E95" w:rsidRDefault="00A76E95">
            <w:pPr>
              <w:spacing w:after="0" w:line="240" w:lineRule="auto"/>
            </w:pPr>
          </w:p>
        </w:tc>
      </w:tr>
      <w:tr w:rsidR="00A76E95" w14:paraId="26CF8F5A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BF715CB" w14:textId="01C58AF5" w:rsidR="00A76E95" w:rsidRPr="004308CB" w:rsidRDefault="00386DAE" w:rsidP="00293BF4">
            <w:pPr>
              <w:spacing w:after="0" w:line="240" w:lineRule="auto"/>
              <w:rPr>
                <w:lang w:val="it-IT"/>
              </w:rPr>
            </w:pPr>
            <w:r w:rsidRPr="004308CB">
              <w:rPr>
                <w:sz w:val="16"/>
                <w:lang w:val="it-IT"/>
              </w:rPr>
              <w:t xml:space="preserve">Piano di </w:t>
            </w:r>
            <w:r w:rsidR="00293BF4">
              <w:rPr>
                <w:sz w:val="16"/>
                <w:lang w:val="it-IT"/>
              </w:rPr>
              <w:t>disseminazione</w:t>
            </w:r>
          </w:p>
        </w:tc>
        <w:tc>
          <w:tcPr>
            <w:tcW w:w="85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0BE1B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10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DF0291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7273C2" w14:textId="77777777" w:rsidR="00A76E95" w:rsidRDefault="00A76E95">
            <w:pPr>
              <w:spacing w:after="0" w:line="240" w:lineRule="auto"/>
            </w:pPr>
          </w:p>
        </w:tc>
      </w:tr>
      <w:tr w:rsidR="00A76E95" w14:paraId="05A4FFE8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BB3A2E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Esperienze pertinenti</w:t>
            </w:r>
          </w:p>
        </w:tc>
        <w:tc>
          <w:tcPr>
            <w:tcW w:w="85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B398F4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102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FFA2DB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1779B6" w14:textId="77777777" w:rsidR="00A76E95" w:rsidRDefault="00A76E95">
            <w:pPr>
              <w:spacing w:after="0" w:line="240" w:lineRule="auto"/>
            </w:pPr>
          </w:p>
        </w:tc>
      </w:tr>
      <w:tr w:rsidR="00A76E95" w14:paraId="4DDAD71C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FA1105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Competenza lingua di lavoro</w:t>
            </w:r>
          </w:p>
        </w:tc>
        <w:tc>
          <w:tcPr>
            <w:tcW w:w="85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6BA6F7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10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F10369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21C9707" w14:textId="77777777" w:rsidR="00A76E95" w:rsidRDefault="00A76E95">
            <w:pPr>
              <w:spacing w:after="0" w:line="240" w:lineRule="auto"/>
            </w:pPr>
          </w:p>
        </w:tc>
      </w:tr>
      <w:tr w:rsidR="00A76E95" w14:paraId="73F996F7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7B38D8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Cooperazione europea ed eTwinning</w:t>
            </w:r>
          </w:p>
        </w:tc>
        <w:tc>
          <w:tcPr>
            <w:tcW w:w="85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54090FC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102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906D734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7AE6EB" w14:textId="77777777" w:rsidR="00A76E95" w:rsidRDefault="00A76E95">
            <w:pPr>
              <w:spacing w:after="0" w:line="240" w:lineRule="auto"/>
            </w:pPr>
          </w:p>
        </w:tc>
      </w:tr>
      <w:tr w:rsidR="00A76E95" w14:paraId="5D23425D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217A84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Competenze digitali applicate</w:t>
            </w:r>
          </w:p>
        </w:tc>
        <w:tc>
          <w:tcPr>
            <w:tcW w:w="85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65EC4D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10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271159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D17931" w14:textId="77777777" w:rsidR="00A76E95" w:rsidRDefault="00A76E95">
            <w:pPr>
              <w:spacing w:after="0" w:line="240" w:lineRule="auto"/>
            </w:pPr>
          </w:p>
        </w:tc>
      </w:tr>
      <w:tr w:rsidR="00A76E95" w14:paraId="792CB595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CB5C37A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Rotazione opportunità Erasmus</w:t>
            </w:r>
          </w:p>
        </w:tc>
        <w:tc>
          <w:tcPr>
            <w:tcW w:w="85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18E30E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1020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CB71B7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shd w:val="clear" w:color="auto" w:fill="EAF2F8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D66D51" w14:textId="77777777" w:rsidR="00A76E95" w:rsidRDefault="00A76E95">
            <w:pPr>
              <w:spacing w:after="0" w:line="240" w:lineRule="auto"/>
            </w:pPr>
          </w:p>
        </w:tc>
      </w:tr>
      <w:tr w:rsidR="00A76E95" w14:paraId="711B686B" w14:textId="77777777">
        <w:trPr>
          <w:cantSplit/>
          <w:jc w:val="center"/>
        </w:trPr>
        <w:tc>
          <w:tcPr>
            <w:tcW w:w="3005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3F0A64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Totale</w:t>
            </w:r>
          </w:p>
        </w:tc>
        <w:tc>
          <w:tcPr>
            <w:tcW w:w="85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7E8281" w14:textId="77777777" w:rsidR="00A76E95" w:rsidRDefault="00386DAE">
            <w:pPr>
              <w:spacing w:after="0" w:line="240" w:lineRule="auto"/>
            </w:pPr>
            <w:r>
              <w:rPr>
                <w:sz w:val="16"/>
              </w:rPr>
              <w:t>30</w:t>
            </w:r>
          </w:p>
        </w:tc>
        <w:tc>
          <w:tcPr>
            <w:tcW w:w="1020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618972" w14:textId="77777777" w:rsidR="00A76E95" w:rsidRDefault="00A76E95">
            <w:pPr>
              <w:spacing w:after="0" w:line="240" w:lineRule="auto"/>
            </w:pPr>
          </w:p>
        </w:tc>
        <w:tc>
          <w:tcPr>
            <w:tcW w:w="3969" w:type="dx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E2BA8D" w14:textId="77777777" w:rsidR="00A76E95" w:rsidRDefault="00A76E95">
            <w:pPr>
              <w:spacing w:after="0" w:line="240" w:lineRule="auto"/>
            </w:pPr>
          </w:p>
        </w:tc>
      </w:tr>
    </w:tbl>
    <w:p w14:paraId="4381CFBA" w14:textId="77777777" w:rsidR="00A76E95" w:rsidRPr="004308CB" w:rsidRDefault="00386DAE">
      <w:pPr>
        <w:rPr>
          <w:lang w:val="it-IT"/>
        </w:rPr>
      </w:pPr>
      <w:proofErr w:type="gramStart"/>
      <w:r w:rsidRPr="004308CB">
        <w:rPr>
          <w:lang w:val="it-IT"/>
        </w:rPr>
        <w:t>Esito:  ☐</w:t>
      </w:r>
      <w:proofErr w:type="gramEnd"/>
      <w:r w:rsidRPr="004308CB">
        <w:rPr>
          <w:lang w:val="it-IT"/>
        </w:rPr>
        <w:t xml:space="preserve"> idoneo   ☐ non idoneo per ______________________________________________</w:t>
      </w:r>
    </w:p>
    <w:p w14:paraId="660AD9FA" w14:textId="77777777" w:rsidR="00A76E95" w:rsidRDefault="00386DAE">
      <w:r>
        <w:t xml:space="preserve">Data ____________________    </w:t>
      </w:r>
      <w:proofErr w:type="spellStart"/>
      <w:r>
        <w:t>Componenti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Commissione</w:t>
      </w:r>
      <w:proofErr w:type="spellEnd"/>
      <w:r>
        <w:t xml:space="preserve"> ____________________________</w:t>
      </w:r>
    </w:p>
    <w:p w14:paraId="495929A1" w14:textId="77777777" w:rsidR="00A76E95" w:rsidRDefault="00386DAE">
      <w:r>
        <w:t>________________________________________________________________________________</w:t>
      </w:r>
    </w:p>
    <w:p w14:paraId="7221421B" w14:textId="77777777" w:rsidR="007B6B4F" w:rsidRDefault="007B6B4F"/>
    <w:p w14:paraId="6072EC1C" w14:textId="77777777" w:rsidR="007B6B4F" w:rsidRDefault="007B6B4F"/>
    <w:p w14:paraId="5FF9C189" w14:textId="77777777" w:rsidR="00D22AC8" w:rsidRDefault="00D22AC8"/>
    <w:p w14:paraId="292E8D9D" w14:textId="2C865C24" w:rsidR="00D22AC8" w:rsidRDefault="00D22AC8"/>
    <w:sectPr w:rsidR="00D22AC8" w:rsidSect="0096100E">
      <w:headerReference w:type="default" r:id="rId14"/>
      <w:footerReference w:type="default" r:id="rId15"/>
      <w:pgSz w:w="11906" w:h="16838"/>
      <w:pgMar w:top="1220" w:right="1049" w:bottom="879" w:left="10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82889" w14:textId="77777777" w:rsidR="00630E9E" w:rsidRDefault="00630E9E">
      <w:pPr>
        <w:spacing w:after="0" w:line="240" w:lineRule="auto"/>
      </w:pPr>
      <w:r>
        <w:separator/>
      </w:r>
    </w:p>
  </w:endnote>
  <w:endnote w:type="continuationSeparator" w:id="0">
    <w:p w14:paraId="74925BFF" w14:textId="77777777" w:rsidR="00630E9E" w:rsidRDefault="0063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0AFA0" w14:textId="039B9995" w:rsidR="00A76E95" w:rsidRPr="004308CB" w:rsidRDefault="00386DAE">
    <w:pPr>
      <w:pStyle w:val="Pidipagina"/>
      <w:jc w:val="center"/>
      <w:rPr>
        <w:lang w:val="it-IT"/>
      </w:rPr>
    </w:pPr>
    <w:r w:rsidRPr="004308CB">
      <w:rPr>
        <w:color w:val="5A5A5A"/>
        <w:sz w:val="16"/>
        <w:lang w:val="it-IT"/>
      </w:rPr>
      <w:t>IC Anagni Primo  Erasmus+ KA122-SCH  Avviso selezione docenti</w:t>
    </w:r>
    <w:r w:rsidR="00436F61">
      <w:rPr>
        <w:color w:val="5A5A5A"/>
        <w:sz w:val="16"/>
        <w:lang w:val="it-IT"/>
      </w:rPr>
      <w:t xml:space="preserve"> - FORMAZIONE</w:t>
    </w:r>
    <w:r w:rsidRPr="004308CB">
      <w:rPr>
        <w:lang w:val="it-IT"/>
      </w:rPr>
      <w:t xml:space="preserve">   |   </w:t>
    </w:r>
    <w:r>
      <w:fldChar w:fldCharType="begin"/>
    </w:r>
    <w:r w:rsidRPr="004308CB">
      <w:rPr>
        <w:lang w:val="it-IT"/>
      </w:rPr>
      <w:instrText>PAGE</w:instrText>
    </w:r>
    <w:r>
      <w:fldChar w:fldCharType="separate"/>
    </w:r>
    <w:r w:rsidR="00222D8C">
      <w:rPr>
        <w:noProof/>
        <w:lang w:val="it-IT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1493B" w14:textId="77777777" w:rsidR="00630E9E" w:rsidRDefault="00630E9E">
      <w:pPr>
        <w:spacing w:after="0" w:line="240" w:lineRule="auto"/>
      </w:pPr>
      <w:r>
        <w:separator/>
      </w:r>
    </w:p>
  </w:footnote>
  <w:footnote w:type="continuationSeparator" w:id="0">
    <w:p w14:paraId="03527C0D" w14:textId="77777777" w:rsidR="00630E9E" w:rsidRDefault="0063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8DD3E" w14:textId="6C39D9A1" w:rsidR="0096100E" w:rsidRDefault="0096100E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0E00EB8E" wp14:editId="3E112B9A">
          <wp:simplePos x="0" y="0"/>
          <wp:positionH relativeFrom="column">
            <wp:posOffset>1848485</wp:posOffset>
          </wp:positionH>
          <wp:positionV relativeFrom="paragraph">
            <wp:posOffset>-311150</wp:posOffset>
          </wp:positionV>
          <wp:extent cx="2628900" cy="551180"/>
          <wp:effectExtent l="0" t="0" r="0" b="1270"/>
          <wp:wrapNone/>
          <wp:docPr id="108638705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114834" name="Immagine 13181148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28900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4971149B" wp14:editId="5FE2017A">
          <wp:simplePos x="0" y="0"/>
          <wp:positionH relativeFrom="column">
            <wp:posOffset>-357505</wp:posOffset>
          </wp:positionH>
          <wp:positionV relativeFrom="paragraph">
            <wp:posOffset>-318135</wp:posOffset>
          </wp:positionV>
          <wp:extent cx="1511935" cy="542290"/>
          <wp:effectExtent l="0" t="0" r="0" b="0"/>
          <wp:wrapNone/>
          <wp:docPr id="118667715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803860" name="Immagine 131580386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11935" cy="54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 wp14:anchorId="515E9168" wp14:editId="6BA6C34E">
          <wp:simplePos x="0" y="0"/>
          <wp:positionH relativeFrom="column">
            <wp:posOffset>4980305</wp:posOffset>
          </wp:positionH>
          <wp:positionV relativeFrom="paragraph">
            <wp:posOffset>-314325</wp:posOffset>
          </wp:positionV>
          <wp:extent cx="1538605" cy="546100"/>
          <wp:effectExtent l="0" t="0" r="0" b="0"/>
          <wp:wrapNone/>
          <wp:docPr id="12697520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911455" name="Immagine 154891145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3860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D07F1A"/>
    <w:multiLevelType w:val="hybridMultilevel"/>
    <w:tmpl w:val="A2E6D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150D2"/>
    <w:multiLevelType w:val="hybridMultilevel"/>
    <w:tmpl w:val="B9FEF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B4B4F"/>
    <w:multiLevelType w:val="hybridMultilevel"/>
    <w:tmpl w:val="D64E1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361C"/>
    <w:rsid w:val="00034616"/>
    <w:rsid w:val="0006063C"/>
    <w:rsid w:val="0007741F"/>
    <w:rsid w:val="000F5A21"/>
    <w:rsid w:val="001433B4"/>
    <w:rsid w:val="0015074B"/>
    <w:rsid w:val="001A4278"/>
    <w:rsid w:val="001B5CC3"/>
    <w:rsid w:val="001E48A0"/>
    <w:rsid w:val="00222D8C"/>
    <w:rsid w:val="00252B65"/>
    <w:rsid w:val="0026377F"/>
    <w:rsid w:val="00287B14"/>
    <w:rsid w:val="00290E14"/>
    <w:rsid w:val="00291BEF"/>
    <w:rsid w:val="00293BF4"/>
    <w:rsid w:val="0029639D"/>
    <w:rsid w:val="002E57A9"/>
    <w:rsid w:val="00326F90"/>
    <w:rsid w:val="00386DAE"/>
    <w:rsid w:val="0039420D"/>
    <w:rsid w:val="00412881"/>
    <w:rsid w:val="00417F2C"/>
    <w:rsid w:val="004308CB"/>
    <w:rsid w:val="00436F61"/>
    <w:rsid w:val="00475622"/>
    <w:rsid w:val="00477CE7"/>
    <w:rsid w:val="004A7E0A"/>
    <w:rsid w:val="005B0104"/>
    <w:rsid w:val="005D0EC5"/>
    <w:rsid w:val="006178F8"/>
    <w:rsid w:val="00630E9E"/>
    <w:rsid w:val="0067304F"/>
    <w:rsid w:val="007B6B4F"/>
    <w:rsid w:val="009031EA"/>
    <w:rsid w:val="0093138F"/>
    <w:rsid w:val="0096100E"/>
    <w:rsid w:val="00A172BA"/>
    <w:rsid w:val="00A259DA"/>
    <w:rsid w:val="00A641B3"/>
    <w:rsid w:val="00A76E95"/>
    <w:rsid w:val="00A907B6"/>
    <w:rsid w:val="00AA1D8D"/>
    <w:rsid w:val="00AE7C8B"/>
    <w:rsid w:val="00B47730"/>
    <w:rsid w:val="00B82109"/>
    <w:rsid w:val="00BB1A3C"/>
    <w:rsid w:val="00C055CE"/>
    <w:rsid w:val="00C6494B"/>
    <w:rsid w:val="00C91AEA"/>
    <w:rsid w:val="00CB0664"/>
    <w:rsid w:val="00CC3A27"/>
    <w:rsid w:val="00CD5E4C"/>
    <w:rsid w:val="00CD7035"/>
    <w:rsid w:val="00D22AC8"/>
    <w:rsid w:val="00DB22E0"/>
    <w:rsid w:val="00DB6AD4"/>
    <w:rsid w:val="00DF38CA"/>
    <w:rsid w:val="00E01583"/>
    <w:rsid w:val="00F93C69"/>
    <w:rsid w:val="00FC693F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6F3FEDB"/>
  <w14:defaultImageDpi w14:val="300"/>
  <w15:docId w15:val="{C6014050-0A43-4800-926A-EC7C7BAB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50" w:lineRule="auto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3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Docenti">
    <w:name w:val="Small Docenti"/>
    <w:pPr>
      <w:spacing w:after="40"/>
    </w:pPr>
    <w:rPr>
      <w:rFonts w:ascii="Aptos" w:hAnsi="Aptos"/>
      <w:color w:val="414141"/>
      <w:sz w:val="17"/>
    </w:rPr>
  </w:style>
  <w:style w:type="character" w:styleId="Collegamentoipertestuale">
    <w:name w:val="Hyperlink"/>
    <w:basedOn w:val="Carpredefinitoparagrafo"/>
    <w:uiPriority w:val="99"/>
    <w:unhideWhenUsed/>
    <w:rsid w:val="007B6B4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6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lli@webmicrotech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imoistitutocomprensivo-anagni.i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imoistitutocomprensivo-anagni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00DA6B-7F07-4A8C-BD9F-192D2E61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1445</Words>
  <Characters>8243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interno selezione docenti job shadowing Erasmus</vt:lpstr>
      <vt:lpstr/>
    </vt:vector>
  </TitlesOfParts>
  <Manager/>
  <Company/>
  <LinksUpToDate>false</LinksUpToDate>
  <CharactersWithSpaces>9669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interno selezione docenti job shadowing Erasmus</dc:title>
  <dc:subject>Erasmus+ KA122-SCH  IC Anagni Primo</dc:subject>
  <dc:creator>Istituto Comprensivo Anagni Primo</dc:creator>
  <cp:keywords/>
  <dc:description>generated by python-docx</dc:description>
  <cp:lastModifiedBy>Anna Vari</cp:lastModifiedBy>
  <cp:revision>29</cp:revision>
  <dcterms:created xsi:type="dcterms:W3CDTF">2026-10-13T08:04:00Z</dcterms:created>
  <dcterms:modified xsi:type="dcterms:W3CDTF">2026-10-13T09:49:00Z</dcterms:modified>
  <cp:category/>
</cp:coreProperties>
</file>