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09E" w:rsidRPr="005867F5" w:rsidRDefault="00C20529" w:rsidP="005F64CB">
      <w:pPr>
        <w:rPr>
          <w:rFonts w:hint="eastAsia"/>
          <w:lang w:val="it-IT"/>
        </w:rPr>
      </w:pPr>
      <w:bookmarkStart w:id="0" w:name="_GoBack"/>
      <w:bookmarkEnd w:id="0"/>
      <w:r w:rsidRPr="005867F5">
        <w:rPr>
          <w:lang w:val="it-IT"/>
        </w:rPr>
        <w:t>Allegato 1</w:t>
      </w:r>
    </w:p>
    <w:p w:rsidR="00A3709E" w:rsidRPr="005867F5" w:rsidRDefault="00C20529">
      <w:pPr>
        <w:pStyle w:val="Titolo1"/>
        <w:rPr>
          <w:lang w:val="it-IT"/>
        </w:rPr>
      </w:pPr>
      <w:r w:rsidRPr="005867F5">
        <w:rPr>
          <w:lang w:val="it-IT"/>
        </w:rPr>
        <w:t>Domanda di partecipazione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t xml:space="preserve">Avviso </w:t>
      </w:r>
      <w:proofErr w:type="spellStart"/>
      <w:r w:rsidRPr="005867F5">
        <w:rPr>
          <w:lang w:val="it-IT"/>
        </w:rPr>
        <w:t>prot</w:t>
      </w:r>
      <w:proofErr w:type="spellEnd"/>
      <w:r w:rsidRPr="005867F5">
        <w:rPr>
          <w:lang w:val="it-IT"/>
        </w:rPr>
        <w:t>. n. [DA COMPLETARE] del [DA COMPLETARE]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Primo esercente la responsabilità genitoriale </w:t>
      </w:r>
      <w:r w:rsidRPr="005867F5">
        <w:rPr>
          <w:lang w:val="it-IT"/>
        </w:rPr>
        <w:t>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telefono </w:t>
      </w:r>
      <w:r w:rsidRPr="005867F5">
        <w:rPr>
          <w:lang w:val="it-IT"/>
        </w:rPr>
        <w:t>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e-mail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Secondo esercente la responsabilità genitoriale </w:t>
      </w:r>
      <w:r w:rsidRPr="005867F5">
        <w:rPr>
          <w:lang w:val="it-IT"/>
        </w:rPr>
        <w:t>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telefono </w:t>
      </w:r>
      <w:r w:rsidRPr="005867F5">
        <w:rPr>
          <w:lang w:val="it-IT"/>
        </w:rPr>
        <w:t>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e-mail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Alunno o alunna </w:t>
      </w:r>
      <w:r w:rsidRPr="005867F5">
        <w:rPr>
          <w:lang w:val="it-IT"/>
        </w:rPr>
        <w:t>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classe e sezione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plesso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pStyle w:val="Titolo2"/>
        <w:rPr>
          <w:lang w:val="it-IT"/>
        </w:rPr>
      </w:pPr>
      <w:r w:rsidRPr="005867F5">
        <w:rPr>
          <w:lang w:val="it-IT"/>
        </w:rPr>
        <w:t>Chiedono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l’ammissione</w:t>
      </w:r>
      <w:proofErr w:type="gramEnd"/>
      <w:r w:rsidRPr="005867F5">
        <w:rPr>
          <w:lang w:val="it-IT"/>
        </w:rPr>
        <w:t xml:space="preserve"> alla selezione per la Spagna, riservata alle classi terze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l’ammissione</w:t>
      </w:r>
      <w:proofErr w:type="gramEnd"/>
      <w:r w:rsidRPr="005867F5">
        <w:rPr>
          <w:lang w:val="it-IT"/>
        </w:rPr>
        <w:t xml:space="preserve"> alla selezione per la Repubblica Ceca, riservata alle classi seconde</w:t>
      </w:r>
    </w:p>
    <w:p w:rsidR="00A3709E" w:rsidRPr="005867F5" w:rsidRDefault="00C20529">
      <w:pPr>
        <w:pStyle w:val="Titolo2"/>
        <w:rPr>
          <w:lang w:val="it-IT"/>
        </w:rPr>
      </w:pPr>
      <w:r w:rsidRPr="005867F5">
        <w:rPr>
          <w:lang w:val="it-IT"/>
        </w:rPr>
        <w:t>Dichiarano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t>Ai sensi degli artt. 46 e 47 del DPR 445/2000, consapevoli degli artt. 75 e 76: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di</w:t>
      </w:r>
      <w:proofErr w:type="gramEnd"/>
      <w:r w:rsidRPr="005867F5">
        <w:rPr>
          <w:lang w:val="it-IT"/>
        </w:rPr>
        <w:t xml:space="preserve"> avere letto e accettato l’avviso;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che</w:t>
      </w:r>
      <w:proofErr w:type="gramEnd"/>
      <w:r w:rsidRPr="005867F5">
        <w:rPr>
          <w:lang w:val="it-IT"/>
        </w:rPr>
        <w:t xml:space="preserve"> l’alunno accetta l’ospitalità presso una famiglia individuata dalla scuola partner;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che</w:t>
      </w:r>
      <w:proofErr w:type="gramEnd"/>
      <w:r w:rsidRPr="005867F5">
        <w:rPr>
          <w:lang w:val="it-IT"/>
        </w:rPr>
        <w:t xml:space="preserve"> l’alunno è disponibile a partecipare all’intero programma e alle attività preparatorie e di disseminazione;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di</w:t>
      </w:r>
      <w:proofErr w:type="gramEnd"/>
      <w:r w:rsidRPr="005867F5">
        <w:rPr>
          <w:lang w:val="it-IT"/>
        </w:rPr>
        <w:t xml:space="preserve"> impegnarsi a fornire, se selezionati, i documenti di viaggio, sanitari e autorizzativi richiesti;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di</w:t>
      </w:r>
      <w:proofErr w:type="gramEnd"/>
      <w:r w:rsidRPr="005867F5">
        <w:rPr>
          <w:lang w:val="it-IT"/>
        </w:rPr>
        <w:t xml:space="preserve"> avere preso visione dell’informativa dell’Allegato 5;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di</w:t>
      </w:r>
      <w:proofErr w:type="gramEnd"/>
      <w:r w:rsidRPr="005867F5">
        <w:rPr>
          <w:lang w:val="it-IT"/>
        </w:rPr>
        <w:t xml:space="preserve"> autorizzare l’Istituto a verificare d’ufficio i dati scolastici necessari.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Codice identificativo assegnato dall’Istituto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Luogo e data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primo genitore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secondo genitore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In caso di firma di un solo genitore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Il</w:t>
      </w:r>
      <w:proofErr w:type="gramEnd"/>
      <w:r w:rsidRPr="005867F5">
        <w:rPr>
          <w:lang w:val="it-IT"/>
        </w:rPr>
        <w:t xml:space="preserve"> sottoscritto dichiara, sotto la propria responsabilità, di avere presentato la domanda nel rispetto degli artt. 316, 337-ter e 337-quater del codice civile e con il consenso dell’altro genitore, ove previsto.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br w:type="page"/>
      </w:r>
    </w:p>
    <w:p w:rsidR="00A3709E" w:rsidRPr="005867F5" w:rsidRDefault="00C20529">
      <w:pPr>
        <w:pStyle w:val="SmallStudent"/>
        <w:rPr>
          <w:rFonts w:hint="eastAsia"/>
          <w:lang w:val="it-IT"/>
        </w:rPr>
      </w:pPr>
      <w:r w:rsidRPr="005867F5">
        <w:rPr>
          <w:lang w:val="it-IT"/>
        </w:rPr>
        <w:lastRenderedPageBreak/>
        <w:t>Allegato 2</w:t>
      </w:r>
    </w:p>
    <w:p w:rsidR="00A3709E" w:rsidRPr="005867F5" w:rsidRDefault="00C20529">
      <w:pPr>
        <w:pStyle w:val="Titolo1"/>
        <w:rPr>
          <w:lang w:val="it-IT"/>
        </w:rPr>
      </w:pPr>
      <w:r w:rsidRPr="005867F5">
        <w:rPr>
          <w:lang w:val="it-IT"/>
        </w:rPr>
        <w:t>Scheda motivazionale dell’alunno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Codice identificativo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t>La scheda può essere compilata direttamente dall’alunno. Le risposte saranno approfondite nel colloquio.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Perché desideri partecipare alla mobilità Erasmus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Che cosa pensi di poter imparare da questa esperienza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Quali aspetti del progetto ti interessano maggiormente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Come ti comporteresti di fronte a difficoltà linguistiche o culturali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In che modo potresti contribuire al gruppo e all’accoglienza dei partner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Quale attività proporresti sui temi dell’ambiente o della cittadinanza europea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Sono</w:t>
      </w:r>
      <w:proofErr w:type="gramEnd"/>
      <w:r w:rsidRPr="005867F5">
        <w:rPr>
          <w:lang w:val="it-IT"/>
        </w:rPr>
        <w:t xml:space="preserve"> disponibile a partecipare a tutti gli incontri preparatori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Sono</w:t>
      </w:r>
      <w:proofErr w:type="gramEnd"/>
      <w:r w:rsidRPr="005867F5">
        <w:rPr>
          <w:lang w:val="it-IT"/>
        </w:rPr>
        <w:t xml:space="preserve"> disponibile a realizzare materiali e attività di disseminazione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Sono</w:t>
      </w:r>
      <w:proofErr w:type="gramEnd"/>
      <w:r w:rsidRPr="005867F5">
        <w:rPr>
          <w:lang w:val="it-IT"/>
        </w:rPr>
        <w:t xml:space="preserve"> consapevole che sarò ospitato presso una famiglia del Paese partner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dell’alunno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Presa visione del genitore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br w:type="page"/>
      </w:r>
    </w:p>
    <w:p w:rsidR="00A3709E" w:rsidRPr="005867F5" w:rsidRDefault="00C20529">
      <w:pPr>
        <w:pStyle w:val="SmallStudent"/>
        <w:rPr>
          <w:rFonts w:hint="eastAsia"/>
          <w:lang w:val="it-IT"/>
        </w:rPr>
      </w:pPr>
      <w:r w:rsidRPr="005867F5">
        <w:rPr>
          <w:lang w:val="it-IT"/>
        </w:rPr>
        <w:lastRenderedPageBreak/>
        <w:t>Allegato 3</w:t>
      </w:r>
    </w:p>
    <w:p w:rsidR="00A3709E" w:rsidRPr="005867F5" w:rsidRDefault="00C20529">
      <w:pPr>
        <w:pStyle w:val="Titolo1"/>
        <w:rPr>
          <w:lang w:val="it-IT"/>
        </w:rPr>
      </w:pPr>
      <w:r w:rsidRPr="005867F5">
        <w:rPr>
          <w:lang w:val="it-IT"/>
        </w:rPr>
        <w:t>Scheda di valutazione della Commissione</w:t>
      </w:r>
    </w:p>
    <w:p w:rsidR="00A3709E" w:rsidRDefault="00C20529">
      <w:pPr>
        <w:rPr>
          <w:rFonts w:hint="eastAsia"/>
        </w:rPr>
      </w:pPr>
      <w:proofErr w:type="spellStart"/>
      <w:r>
        <w:rPr>
          <w:b/>
        </w:rPr>
        <w:t>Codice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identificativo</w:t>
      </w:r>
      <w:proofErr w:type="spellEnd"/>
      <w:r>
        <w:rPr>
          <w:b/>
        </w:rPr>
        <w:t xml:space="preserve"> </w:t>
      </w:r>
      <w:r>
        <w:t>___________________________________</w:t>
      </w:r>
    </w:p>
    <w:p w:rsidR="00A3709E" w:rsidRDefault="00C20529">
      <w:pPr>
        <w:rPr>
          <w:rFonts w:hint="eastAsia"/>
        </w:rPr>
      </w:pPr>
      <w:r>
        <w:rPr>
          <w:b/>
        </w:rPr>
        <w:t xml:space="preserve">Destinazione </w:t>
      </w:r>
      <w:r>
        <w:t>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3572"/>
      </w:tblGrid>
      <w:tr w:rsidR="00A3709E">
        <w:trPr>
          <w:cantSplit/>
          <w:tblHeader/>
          <w:jc w:val="center"/>
        </w:trPr>
        <w:tc>
          <w:tcPr>
            <w:tcW w:w="3402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Criterio</w:t>
            </w:r>
          </w:p>
        </w:tc>
        <w:tc>
          <w:tcPr>
            <w:tcW w:w="1134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Massimo</w:t>
            </w:r>
          </w:p>
        </w:tc>
        <w:tc>
          <w:tcPr>
            <w:tcW w:w="1134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Punti</w:t>
            </w:r>
          </w:p>
        </w:tc>
        <w:tc>
          <w:tcPr>
            <w:tcW w:w="3572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Motivazione sintetica</w:t>
            </w:r>
          </w:p>
        </w:tc>
      </w:tr>
      <w:tr w:rsidR="00A3709E">
        <w:trPr>
          <w:cantSplit/>
          <w:jc w:val="center"/>
        </w:trPr>
        <w:tc>
          <w:tcPr>
            <w:tcW w:w="340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Pr="005867F5" w:rsidRDefault="00C20529">
            <w:pPr>
              <w:spacing w:after="0" w:line="240" w:lineRule="auto"/>
              <w:rPr>
                <w:rFonts w:hint="eastAsia"/>
                <w:lang w:val="it-IT"/>
              </w:rPr>
            </w:pPr>
            <w:r w:rsidRPr="005867F5">
              <w:rPr>
                <w:sz w:val="17"/>
                <w:lang w:val="it-IT"/>
              </w:rPr>
              <w:t>Motivazione e coerenza con gli obiettivi Erasmus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Pr="005867F5" w:rsidRDefault="00C20529">
            <w:pPr>
              <w:spacing w:after="0" w:line="240" w:lineRule="auto"/>
              <w:rPr>
                <w:rFonts w:hint="eastAsia"/>
                <w:lang w:val="it-IT"/>
              </w:rPr>
            </w:pPr>
            <w:r w:rsidRPr="005867F5">
              <w:rPr>
                <w:sz w:val="17"/>
                <w:lang w:val="it-IT"/>
              </w:rPr>
              <w:t>Potenziale beneficio personale e formativo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Responsabilità e comportamento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Competenza comunicativa in inglese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Continuità dell’impegno scolastico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Educazione civica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Attività preparatorie e disseminazione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113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  <w:tr w:rsidR="00A3709E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Totale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C20529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113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72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A3709E" w:rsidRDefault="00A3709E">
            <w:pPr>
              <w:spacing w:after="0" w:line="240" w:lineRule="auto"/>
              <w:rPr>
                <w:rFonts w:hint="eastAsia"/>
              </w:rPr>
            </w:pPr>
          </w:p>
        </w:tc>
      </w:tr>
    </w:tbl>
    <w:p w:rsidR="00A3709E" w:rsidRDefault="00C20529">
      <w:pPr>
        <w:spacing w:after="40"/>
        <w:rPr>
          <w:rFonts w:hint="eastAsia"/>
        </w:rPr>
      </w:pPr>
      <w:r>
        <w:t>☐  Requisiti di ammissione verificati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Ammesso</w:t>
      </w:r>
      <w:proofErr w:type="gramEnd"/>
      <w:r w:rsidRPr="005867F5">
        <w:rPr>
          <w:lang w:val="it-IT"/>
        </w:rPr>
        <w:t xml:space="preserve"> alla riserva per minori opportunità, dato riservato verificato dall’ufficio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Esito </w:t>
      </w:r>
      <w:r w:rsidRPr="005867F5">
        <w:rPr>
          <w:lang w:val="it-IT"/>
        </w:rPr>
        <w:t>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Data del colloquio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Componenti della Commissione </w:t>
      </w:r>
      <w:r w:rsidRPr="005867F5">
        <w:rPr>
          <w:lang w:val="it-IT"/>
        </w:rPr>
        <w:t>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Firme </w:t>
      </w:r>
      <w:r w:rsidRPr="005867F5">
        <w:rPr>
          <w:lang w:val="it-IT"/>
        </w:rPr>
        <w:t>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br w:type="page"/>
      </w:r>
    </w:p>
    <w:p w:rsidR="00A3709E" w:rsidRPr="005867F5" w:rsidRDefault="00C20529">
      <w:pPr>
        <w:pStyle w:val="SmallStudent"/>
        <w:rPr>
          <w:rFonts w:hint="eastAsia"/>
          <w:lang w:val="it-IT"/>
        </w:rPr>
      </w:pPr>
      <w:r w:rsidRPr="005867F5">
        <w:rPr>
          <w:lang w:val="it-IT"/>
        </w:rPr>
        <w:lastRenderedPageBreak/>
        <w:t>Allegato 4 riservato</w:t>
      </w:r>
    </w:p>
    <w:p w:rsidR="00A3709E" w:rsidRPr="005867F5" w:rsidRDefault="00C20529">
      <w:pPr>
        <w:pStyle w:val="Titolo1"/>
        <w:rPr>
          <w:lang w:val="it-IT"/>
        </w:rPr>
      </w:pPr>
      <w:r w:rsidRPr="005867F5">
        <w:rPr>
          <w:lang w:val="it-IT"/>
        </w:rPr>
        <w:t>Richiesta di accesso alla riserva per minori opportunità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t>Il presente allegato è consegnato separatamente e non è pubblicato né allegato alla graduatoria.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Esercente la responsabilità genitoriale </w:t>
      </w:r>
      <w:r w:rsidRPr="005867F5">
        <w:rPr>
          <w:lang w:val="it-IT"/>
        </w:rPr>
        <w:t>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Alunno o alunna </w:t>
      </w:r>
      <w:r w:rsidRPr="005867F5">
        <w:rPr>
          <w:lang w:val="it-IT"/>
        </w:rPr>
        <w:t>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classe e sezione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t>Ai sensi degli artt. 46 e 47 del DPR 445/2000, si chiede l’accesso alla riserva perché sussiste almeno una delle seguenti barriere: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economica</w:t>
      </w:r>
      <w:proofErr w:type="gramEnd"/>
      <w:r w:rsidRPr="005867F5">
        <w:rPr>
          <w:lang w:val="it-IT"/>
        </w:rPr>
        <w:t>, comprovata da attestazione ISEE in corso di validità;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geografica</w:t>
      </w:r>
      <w:proofErr w:type="gramEnd"/>
      <w:r w:rsidRPr="005867F5">
        <w:rPr>
          <w:lang w:val="it-IT"/>
        </w:rPr>
        <w:t xml:space="preserve"> o connessa alla limitata disponibilità di servizi e trasporti;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sociale</w:t>
      </w:r>
      <w:proofErr w:type="gramEnd"/>
      <w:r w:rsidRPr="005867F5">
        <w:rPr>
          <w:lang w:val="it-IT"/>
        </w:rPr>
        <w:t xml:space="preserve"> o familiare;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culturale</w:t>
      </w:r>
      <w:proofErr w:type="gramEnd"/>
      <w:r w:rsidRPr="005867F5">
        <w:rPr>
          <w:lang w:val="it-IT"/>
        </w:rPr>
        <w:t xml:space="preserve"> o linguistica;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connessa</w:t>
      </w:r>
      <w:proofErr w:type="gramEnd"/>
      <w:r w:rsidRPr="005867F5">
        <w:rPr>
          <w:lang w:val="it-IT"/>
        </w:rPr>
        <w:t xml:space="preserve"> al percorso educativo o a difficoltà di apprendimento;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connessa</w:t>
      </w:r>
      <w:proofErr w:type="gramEnd"/>
      <w:r w:rsidRPr="005867F5">
        <w:rPr>
          <w:lang w:val="it-IT"/>
        </w:rPr>
        <w:t xml:space="preserve"> a disabilità o a particolari esigenze di salute;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connessa</w:t>
      </w:r>
      <w:proofErr w:type="gramEnd"/>
      <w:r w:rsidRPr="005867F5">
        <w:rPr>
          <w:lang w:val="it-IT"/>
        </w:rPr>
        <w:t xml:space="preserve"> a discriminazione o ad altra condizione riconducibile alle definizioni Erasmus+.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Breve indicazione degli elementi necessari alla verifica </w:t>
      </w:r>
      <w:r w:rsidRPr="005867F5">
        <w:rPr>
          <w:lang w:val="it-IT"/>
        </w:rPr>
        <w:t>__________________________________________________________________________________________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Documentazione allegata, se necessaria </w:t>
      </w:r>
      <w:r w:rsidRPr="005867F5">
        <w:rPr>
          <w:lang w:val="it-IT"/>
        </w:rPr>
        <w:t>______________________________________________________________________</w:t>
      </w:r>
    </w:p>
    <w:p w:rsidR="00A3709E" w:rsidRPr="005867F5" w:rsidRDefault="00C20529">
      <w:pPr>
        <w:spacing w:after="40"/>
        <w:rPr>
          <w:rFonts w:hint="eastAsia"/>
          <w:lang w:val="it-IT"/>
        </w:rPr>
      </w:pPr>
      <w:proofErr w:type="gramStart"/>
      <w:r w:rsidRPr="005867F5">
        <w:rPr>
          <w:lang w:val="it-IT"/>
        </w:rPr>
        <w:t>☐  Per</w:t>
      </w:r>
      <w:proofErr w:type="gramEnd"/>
      <w:r w:rsidRPr="005867F5">
        <w:rPr>
          <w:lang w:val="it-IT"/>
        </w:rPr>
        <w:t xml:space="preserve"> barriera economica: attestazione ISEE valida, valore euro __________ data __________ protocollo __________</w:t>
      </w:r>
    </w:p>
    <w:p w:rsidR="00A3709E" w:rsidRPr="005867F5" w:rsidRDefault="00C20529">
      <w:pPr>
        <w:pStyle w:val="SmallStudent"/>
        <w:rPr>
          <w:rFonts w:hint="eastAsia"/>
          <w:lang w:val="it-IT"/>
        </w:rPr>
      </w:pPr>
      <w:r w:rsidRPr="005867F5">
        <w:rPr>
          <w:lang w:val="it-IT"/>
        </w:rPr>
        <w:t>L’Istituto può effettuare controlli ai sensi dell’art. 71 del DPR 445/2000. Le dichiarazioni non veritiere comportano le conseguenze degli artt. 75 e 76. Non allegare documentazione sanitaria non richiesta: eventuali esigenze operative saranno acquisite separatamente dopo la selezione.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Luogo e data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primo genitore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secondo genitore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pStyle w:val="SmallStudent"/>
        <w:rPr>
          <w:rFonts w:hint="eastAsia"/>
          <w:lang w:val="it-IT"/>
        </w:rPr>
      </w:pPr>
      <w:r w:rsidRPr="005867F5">
        <w:rPr>
          <w:lang w:val="it-IT"/>
        </w:rPr>
        <w:t>In caso di firma di un solo genitore si applica la dichiarazione contenuta nell’Allegato 1.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br w:type="page"/>
      </w:r>
    </w:p>
    <w:p w:rsidR="00A3709E" w:rsidRPr="005867F5" w:rsidRDefault="00C20529">
      <w:pPr>
        <w:pStyle w:val="SmallStudent"/>
        <w:rPr>
          <w:rFonts w:hint="eastAsia"/>
          <w:lang w:val="it-IT"/>
        </w:rPr>
      </w:pPr>
      <w:r w:rsidRPr="005867F5">
        <w:rPr>
          <w:lang w:val="it-IT"/>
        </w:rPr>
        <w:lastRenderedPageBreak/>
        <w:t>Allegato 5</w:t>
      </w:r>
    </w:p>
    <w:p w:rsidR="00A3709E" w:rsidRPr="005867F5" w:rsidRDefault="00C20529">
      <w:pPr>
        <w:pStyle w:val="Titolo1"/>
        <w:rPr>
          <w:lang w:val="it-IT"/>
        </w:rPr>
      </w:pPr>
      <w:r w:rsidRPr="005867F5">
        <w:rPr>
          <w:lang w:val="it-IT"/>
        </w:rPr>
        <w:t>Informativa sul trattamento dei dati personali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lang w:val="it-IT"/>
        </w:rPr>
        <w:t>Ai sensi degli artt. 13 e 14 del Regolamento UE 2016/679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Titolare.</w:t>
      </w:r>
      <w:r w:rsidRPr="005867F5">
        <w:rPr>
          <w:lang w:val="it-IT"/>
        </w:rPr>
        <w:t xml:space="preserve"> Istituto Comprensivo Anagni Primo, Viale Regina Margherita 35, 03012 Anagni FR, codice fiscale 80012760601, e-mail fric84400v@istruzione.it, PEC fric84400v@pec.istruzione.it, legalmente rappresentato dal Dirigente scolastico pro tempore.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Responsabile della protezione dei dati.</w:t>
      </w:r>
      <w:r w:rsidRPr="005867F5">
        <w:rPr>
          <w:lang w:val="it-IT"/>
        </w:rPr>
        <w:t xml:space="preserve"> [INSERIRE DENOMINAZIONE E CONTATTI AGGIORNATI DEL RPD, PREVIA VERIFICA DELL’ATTO DI DESIGNAZIONE].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Finalità.</w:t>
      </w:r>
      <w:r w:rsidRPr="005867F5">
        <w:rPr>
          <w:lang w:val="it-IT"/>
        </w:rPr>
        <w:t xml:space="preserve"> Gestione della candidatura, verifica dei requisiti e della condizione di minori opportunità, colloquio, formazione delle graduatorie, organizzazione della mobilità, tutela della salute e sicurezza, assicurazione, monitoraggio, rendicontazione, audit e tutela dei diritti dell’Istituto.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Base giuridica.</w:t>
      </w:r>
      <w:r w:rsidRPr="005867F5">
        <w:rPr>
          <w:lang w:val="it-IT"/>
        </w:rPr>
        <w:t xml:space="preserve"> I dati ordinari sono trattati per compiti di interesse pubblico e obblighi di legge ai sensi dell’art. 6, par. 1, </w:t>
      </w:r>
      <w:proofErr w:type="spellStart"/>
      <w:r w:rsidRPr="005867F5">
        <w:rPr>
          <w:lang w:val="it-IT"/>
        </w:rPr>
        <w:t>lett</w:t>
      </w:r>
      <w:proofErr w:type="spellEnd"/>
      <w:r w:rsidRPr="005867F5">
        <w:rPr>
          <w:lang w:val="it-IT"/>
        </w:rPr>
        <w:t>. c) ed e), del Regolamento. Le categorie particolari di dati sono trattate soltanto quando indispensabili, sulla base dell’art. 9, par. 2, del Regolamento e delle disposizioni nazionali applicabili. I trattamenti facoltativi, come specifiche forme di diffusione delle immagini, sono disciplinati separatamente.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Dati trattati.</w:t>
      </w:r>
      <w:r w:rsidRPr="005867F5">
        <w:rPr>
          <w:lang w:val="it-IT"/>
        </w:rPr>
        <w:t xml:space="preserve"> Dati identificativi e di contatto, dati scolastici, risposte motivazionali, esiti del colloquio, dati economici o relativi alle barriere dichiarate, documenti di viaggio, informazioni assicurative e, solo quando necessario, dati sanitari e relativi a esigenze specifiche.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Conferimento.</w:t>
      </w:r>
      <w:r w:rsidRPr="005867F5">
        <w:rPr>
          <w:lang w:val="it-IT"/>
        </w:rPr>
        <w:t xml:space="preserve"> I dati necessari sono obbligatori per la candidatura o la partecipazione. Il mancato conferimento impedisce la valutazione o l’organizzazione sicura della mobilità. La documentazione per la riserva è facoltativa, ma necessaria per beneficiare dei posti riservati.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Modalità e accessi.</w:t>
      </w:r>
      <w:r w:rsidRPr="005867F5">
        <w:rPr>
          <w:lang w:val="it-IT"/>
        </w:rPr>
        <w:t xml:space="preserve"> Il trattamento avviene con strumenti cartacei e digitali secondo i principi di liceità, minimizzazione, esattezza, integrità e riservatezza. Accedono ai dati il personale autorizzato, la Commissione nei limiti delle proprie funzioni e i fornitori designati responsabili ai sensi dell’art. 28. I dati relativi a salute, ISEE e condizioni personali sono trattati separatamente e con accesso limitato.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Destinatari.</w:t>
      </w:r>
      <w:r w:rsidRPr="005867F5">
        <w:rPr>
          <w:lang w:val="it-IT"/>
        </w:rPr>
        <w:t xml:space="preserve"> I dati necessari possono essere comunicati all’Agenzia Nazionale Erasmus+ INDIRE, alla Commissione europea e alle piattaforme del Programma, alle scuole partner, agli accompagnatori, alle compagnie assicurative, ai prestatori di assistenza e alle autorità competenti. Le graduatorie sono pubblicate esclusivamente con codici identificativi.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Trasferimenti.</w:t>
      </w:r>
      <w:r w:rsidRPr="005867F5">
        <w:rPr>
          <w:lang w:val="it-IT"/>
        </w:rPr>
        <w:t xml:space="preserve"> Le comunicazioni verso scuole partner nell’Unione europea avvengono nel quadro del Regolamento. Eventuali trasferimenti verso Paesi terzi sono effettuati soltanto alle condizioni degli artt. 44 e seguenti.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Conservazione.</w:t>
      </w:r>
      <w:r w:rsidRPr="005867F5">
        <w:rPr>
          <w:lang w:val="it-IT"/>
        </w:rPr>
        <w:t xml:space="preserve"> Gli atti sono conservati secondo il massimario e per i periodi richiesti da obblighi amministrativi, contabili, di audit e rendicontazione Erasmus+. I dati sanitari e operativi sono conservati per il tempo strettamente necessario, salvo obblighi di legge o tutela dei diritti.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Diritti.</w:t>
      </w:r>
      <w:r w:rsidRPr="005867F5">
        <w:rPr>
          <w:lang w:val="it-IT"/>
        </w:rPr>
        <w:t xml:space="preserve"> Gli interessati possono esercitare i diritti previsti dagli artt. 15-22 del Regolamento rivolgendosi al Titolare o al RPD e possono proporre reclamo al Garante per la protezione dei dati personali. Non sono adottate decisioni unicamente automatizzate né svolte attività di </w:t>
      </w:r>
      <w:proofErr w:type="spellStart"/>
      <w:r w:rsidRPr="005867F5">
        <w:rPr>
          <w:lang w:val="it-IT"/>
        </w:rPr>
        <w:t>profilazione</w:t>
      </w:r>
      <w:proofErr w:type="spellEnd"/>
      <w:r w:rsidRPr="005867F5">
        <w:rPr>
          <w:lang w:val="it-IT"/>
        </w:rPr>
        <w:t>.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>Presa visione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Luogo e data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primo genitore </w:t>
      </w:r>
      <w:r w:rsidRPr="005867F5">
        <w:rPr>
          <w:lang w:val="it-IT"/>
        </w:rPr>
        <w:t>___________________________________</w:t>
      </w:r>
    </w:p>
    <w:p w:rsidR="00A3709E" w:rsidRPr="005867F5" w:rsidRDefault="00C20529">
      <w:pPr>
        <w:rPr>
          <w:rFonts w:hint="eastAsia"/>
          <w:lang w:val="it-IT"/>
        </w:rPr>
      </w:pPr>
      <w:r w:rsidRPr="005867F5">
        <w:rPr>
          <w:b/>
          <w:lang w:val="it-IT"/>
        </w:rPr>
        <w:t xml:space="preserve">Firma secondo genitore </w:t>
      </w:r>
      <w:r w:rsidRPr="005867F5">
        <w:rPr>
          <w:lang w:val="it-IT"/>
        </w:rPr>
        <w:t>___________________________________</w:t>
      </w:r>
    </w:p>
    <w:sectPr w:rsidR="00A3709E" w:rsidRPr="005867F5" w:rsidSect="00034616">
      <w:footerReference w:type="default" r:id="rId8"/>
      <w:pgSz w:w="11906" w:h="16838"/>
      <w:pgMar w:top="964" w:right="1077" w:bottom="90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35" w:rsidRDefault="00E0593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05935" w:rsidRDefault="00E0593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09E" w:rsidRPr="005867F5" w:rsidRDefault="00C20529">
    <w:pPr>
      <w:pStyle w:val="Pidipagina"/>
      <w:jc w:val="center"/>
      <w:rPr>
        <w:rFonts w:hint="eastAsia"/>
        <w:lang w:val="it-IT"/>
      </w:rPr>
    </w:pPr>
    <w:r w:rsidRPr="005867F5">
      <w:rPr>
        <w:color w:val="5A5A5A"/>
        <w:sz w:val="16"/>
        <w:lang w:val="it-IT"/>
      </w:rPr>
      <w:t>IC Anagni Primo  Selezione alunni mobilità Erasmus+ 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35" w:rsidRDefault="00E0593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05935" w:rsidRDefault="00E0593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27D7"/>
    <w:rsid w:val="00034616"/>
    <w:rsid w:val="00035DBB"/>
    <w:rsid w:val="00056C94"/>
    <w:rsid w:val="0006063C"/>
    <w:rsid w:val="00083315"/>
    <w:rsid w:val="00085E22"/>
    <w:rsid w:val="000D58F6"/>
    <w:rsid w:val="0015074B"/>
    <w:rsid w:val="00167A04"/>
    <w:rsid w:val="00195E39"/>
    <w:rsid w:val="001D2A69"/>
    <w:rsid w:val="0029639D"/>
    <w:rsid w:val="002F4B6A"/>
    <w:rsid w:val="00326952"/>
    <w:rsid w:val="00326F90"/>
    <w:rsid w:val="00404AD3"/>
    <w:rsid w:val="004421C0"/>
    <w:rsid w:val="00451640"/>
    <w:rsid w:val="004E3A08"/>
    <w:rsid w:val="004E6DDD"/>
    <w:rsid w:val="005108B9"/>
    <w:rsid w:val="00523892"/>
    <w:rsid w:val="00553A31"/>
    <w:rsid w:val="005867F5"/>
    <w:rsid w:val="005918D7"/>
    <w:rsid w:val="005F64CB"/>
    <w:rsid w:val="00600D47"/>
    <w:rsid w:val="006C3D8B"/>
    <w:rsid w:val="006D6A2B"/>
    <w:rsid w:val="00762BB6"/>
    <w:rsid w:val="007C6572"/>
    <w:rsid w:val="00896639"/>
    <w:rsid w:val="00954A9F"/>
    <w:rsid w:val="00A3709E"/>
    <w:rsid w:val="00A52FD0"/>
    <w:rsid w:val="00AA1D8D"/>
    <w:rsid w:val="00AC2627"/>
    <w:rsid w:val="00AE208A"/>
    <w:rsid w:val="00B47730"/>
    <w:rsid w:val="00C20529"/>
    <w:rsid w:val="00C335AF"/>
    <w:rsid w:val="00CB0664"/>
    <w:rsid w:val="00CE73AE"/>
    <w:rsid w:val="00D149C6"/>
    <w:rsid w:val="00D81FDB"/>
    <w:rsid w:val="00D905ED"/>
    <w:rsid w:val="00E05935"/>
    <w:rsid w:val="00E32CB5"/>
    <w:rsid w:val="00E424A6"/>
    <w:rsid w:val="00E55C26"/>
    <w:rsid w:val="00E8621C"/>
    <w:rsid w:val="00E95A95"/>
    <w:rsid w:val="00EA39E4"/>
    <w:rsid w:val="00F13E6A"/>
    <w:rsid w:val="00F338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B419F"/>
  <w14:defaultImageDpi w14:val="300"/>
  <w15:docId w15:val="{B215DDFC-B742-498B-B33A-5AD562DE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54" w:lineRule="auto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3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Student">
    <w:name w:val="Small Student"/>
    <w:pPr>
      <w:spacing w:after="40"/>
    </w:pPr>
    <w:rPr>
      <w:rFonts w:ascii="Aptos" w:hAnsi="Aptos"/>
      <w:color w:val="464646"/>
      <w:sz w:val="17"/>
    </w:rPr>
  </w:style>
  <w:style w:type="table" w:customStyle="1" w:styleId="TableGrid">
    <w:name w:val="TableGrid"/>
    <w:rsid w:val="002F4B6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069C73-3CB5-438F-9EA6-4213C23B5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1453</Words>
  <Characters>8284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per la selezione degli alunni partecipanti alla mobilità Erasmus+</vt:lpstr>
      <vt:lpstr/>
    </vt:vector>
  </TitlesOfParts>
  <Manager/>
  <Company/>
  <LinksUpToDate>false</LinksUpToDate>
  <CharactersWithSpaces>9718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per la selezione degli alunni partecipanti alla mobilità Erasmus+</dc:title>
  <dc:subject>IC Anagni Primo anno scolastico 2026 2027</dc:subject>
  <dc:creator>Istituto Comprensivo Anagni Primo</dc:creator>
  <cp:keywords>Erasmus, alunni, mobilità, inclusione, selezione</cp:keywords>
  <dc:description>generated by python-docx</dc:description>
  <cp:lastModifiedBy>Anna Vari</cp:lastModifiedBy>
  <cp:revision>2</cp:revision>
  <dcterms:created xsi:type="dcterms:W3CDTF">2026-09-23T11:02:00Z</dcterms:created>
  <dcterms:modified xsi:type="dcterms:W3CDTF">2026-09-23T11:02:00Z</dcterms:modified>
  <cp:category/>
</cp:coreProperties>
</file>