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302" w:rsidRPr="00E34546" w:rsidRDefault="0074479C">
      <w:pPr>
        <w:pStyle w:val="Small"/>
        <w:rPr>
          <w:rFonts w:hint="eastAsia"/>
          <w:lang w:val="it-IT"/>
        </w:rPr>
      </w:pPr>
      <w:bookmarkStart w:id="0" w:name="_GoBack"/>
      <w:bookmarkEnd w:id="0"/>
      <w:r w:rsidRPr="00E34546">
        <w:rPr>
          <w:lang w:val="it-IT"/>
        </w:rPr>
        <w:t>Allegato 1</w:t>
      </w:r>
    </w:p>
    <w:p w:rsidR="00192302" w:rsidRPr="00E34546" w:rsidRDefault="0074479C">
      <w:pPr>
        <w:pStyle w:val="Titolo1"/>
        <w:rPr>
          <w:lang w:val="it-IT"/>
        </w:rPr>
      </w:pPr>
      <w:r w:rsidRPr="00E34546">
        <w:rPr>
          <w:lang w:val="it-IT"/>
        </w:rPr>
        <w:t>Domanda di partecipazione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lang w:val="it-IT"/>
        </w:rPr>
        <w:t xml:space="preserve">Avviso </w:t>
      </w:r>
      <w:proofErr w:type="spellStart"/>
      <w:r w:rsidRPr="00E34546">
        <w:rPr>
          <w:lang w:val="it-IT"/>
        </w:rPr>
        <w:t>prot</w:t>
      </w:r>
      <w:proofErr w:type="spellEnd"/>
      <w:r w:rsidRPr="00E34546">
        <w:rPr>
          <w:lang w:val="it-IT"/>
        </w:rPr>
        <w:t>. n. [DA COMPLETARE] del [DA COMPLETARE]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Il/La sottoscritto/a </w:t>
      </w:r>
      <w:r w:rsidRPr="00E34546">
        <w:rPr>
          <w:lang w:val="it-IT"/>
        </w:rPr>
        <w:t>______________________________________________________________________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in qualità di esercente la responsabilità genitoriale dell’alunno/a </w:t>
      </w:r>
      <w:r w:rsidRPr="00E34546">
        <w:rPr>
          <w:lang w:val="it-IT"/>
        </w:rPr>
        <w:t>______________________________________________________________________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classe e sezione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telefono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e-mail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lang w:val="it-IT"/>
        </w:rPr>
        <w:t>e, ove possibile, il/la sottoscritto/a secondo esercente la responsabilità genitoriale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nome e cognome </w:t>
      </w:r>
      <w:r w:rsidRPr="00E34546">
        <w:rPr>
          <w:lang w:val="it-IT"/>
        </w:rPr>
        <w:t>______________________________________________________________________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telefono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e-mail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pStyle w:val="Titolo2"/>
        <w:rPr>
          <w:lang w:val="it-IT"/>
        </w:rPr>
      </w:pPr>
      <w:r w:rsidRPr="00E34546">
        <w:rPr>
          <w:lang w:val="it-IT"/>
        </w:rPr>
        <w:t>Chiedono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di</w:t>
      </w:r>
      <w:proofErr w:type="gramEnd"/>
      <w:r w:rsidRPr="00E34546">
        <w:rPr>
          <w:lang w:val="it-IT"/>
        </w:rPr>
        <w:t xml:space="preserve"> partecipare alla selezione per l’ospitalità di uno studente proveniente dalla Spagna dal 18 al 24 aprile 2027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di</w:t>
      </w:r>
      <w:proofErr w:type="gramEnd"/>
      <w:r w:rsidRPr="00E34546">
        <w:rPr>
          <w:lang w:val="it-IT"/>
        </w:rPr>
        <w:t xml:space="preserve"> partecipare alla selezione per l’ospitalità di uno studente proveniente dalla Repubblica Ceca dal 7 al 14 novembre 2027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di</w:t>
      </w:r>
      <w:proofErr w:type="gramEnd"/>
      <w:r w:rsidRPr="00E34546">
        <w:rPr>
          <w:lang w:val="it-IT"/>
        </w:rPr>
        <w:t xml:space="preserve"> essere disponibili, se necessario e previa verifica di idoneità, a ospitare due studenti</w:t>
      </w:r>
    </w:p>
    <w:p w:rsidR="00192302" w:rsidRPr="00E34546" w:rsidRDefault="0074479C">
      <w:pPr>
        <w:pStyle w:val="Titolo2"/>
        <w:rPr>
          <w:lang w:val="it-IT"/>
        </w:rPr>
      </w:pPr>
      <w:r w:rsidRPr="00E34546">
        <w:rPr>
          <w:lang w:val="it-IT"/>
        </w:rPr>
        <w:t>Dichiarano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lang w:val="it-IT"/>
        </w:rPr>
        <w:t>Ai sensi degli artt. 46 e 47 del DPR 445/2000, consapevoli delle responsabilità e delle sanzioni previste dall’art. 76 del medesimo decreto in caso di dichiarazioni mendaci: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di</w:t>
      </w:r>
      <w:proofErr w:type="gramEnd"/>
      <w:r w:rsidRPr="00E34546">
        <w:rPr>
          <w:lang w:val="it-IT"/>
        </w:rPr>
        <w:t xml:space="preserve"> aver letto e accettato integralmente l’avviso;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di</w:t>
      </w:r>
      <w:proofErr w:type="gramEnd"/>
      <w:r w:rsidRPr="00E34546">
        <w:rPr>
          <w:lang w:val="it-IT"/>
        </w:rPr>
        <w:t xml:space="preserve"> possedere i requisiti obbligatori indicati nell’articolo 3;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che</w:t>
      </w:r>
      <w:proofErr w:type="gramEnd"/>
      <w:r w:rsidRPr="00E34546">
        <w:rPr>
          <w:lang w:val="it-IT"/>
        </w:rPr>
        <w:t xml:space="preserve"> tutti gli adulti conviventi sono informati della candidatura e condividono l’accoglienza;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di</w:t>
      </w:r>
      <w:proofErr w:type="gramEnd"/>
      <w:r w:rsidRPr="00E34546">
        <w:rPr>
          <w:lang w:val="it-IT"/>
        </w:rPr>
        <w:t xml:space="preserve"> impegnarsi a comunicare tempestivamente ogni variazione rilevante;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di</w:t>
      </w:r>
      <w:proofErr w:type="gramEnd"/>
      <w:r w:rsidRPr="00E34546">
        <w:rPr>
          <w:lang w:val="it-IT"/>
        </w:rPr>
        <w:t xml:space="preserve"> aver preso visione dell’informativa sul trattamento dei dati personali di cui all’Allegato 4;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di</w:t>
      </w:r>
      <w:proofErr w:type="gramEnd"/>
      <w:r w:rsidRPr="00E34546">
        <w:rPr>
          <w:lang w:val="it-IT"/>
        </w:rPr>
        <w:t xml:space="preserve"> autorizzare l’Istituto a verificare presso i propri archivi i dati scolastici necessari e a richiedere chiarimenti sulle dichiarazioni rese.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Codice identificativo assegnato dall’Istituto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Luogo e data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Firma del primo genitore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Firma del secondo genitore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>In caso di firma di un solo genitore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Il</w:t>
      </w:r>
      <w:proofErr w:type="gramEnd"/>
      <w:r w:rsidRPr="00E34546">
        <w:rPr>
          <w:lang w:val="it-IT"/>
        </w:rPr>
        <w:t>/La sottoscritto/a dichiara, sotto la propria responsabilità e ai sensi del DPR 445/2000, di aver presentato la domanda nel rispetto delle disposizioni sulla responsabilità genitoriale di cui agli artt. 316, 337-ter e 337-quater del codice civile e con il consenso dell’altro genitore, ove previsto.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Firma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lang w:val="it-IT"/>
        </w:rPr>
        <w:br w:type="page"/>
      </w:r>
    </w:p>
    <w:p w:rsidR="00192302" w:rsidRPr="00E34546" w:rsidRDefault="0074479C">
      <w:pPr>
        <w:pStyle w:val="Small"/>
        <w:rPr>
          <w:rFonts w:hint="eastAsia"/>
          <w:lang w:val="it-IT"/>
        </w:rPr>
      </w:pPr>
      <w:r w:rsidRPr="00E34546">
        <w:rPr>
          <w:lang w:val="it-IT"/>
        </w:rPr>
        <w:lastRenderedPageBreak/>
        <w:t>Allegato 2</w:t>
      </w:r>
    </w:p>
    <w:p w:rsidR="00192302" w:rsidRPr="00E34546" w:rsidRDefault="0074479C">
      <w:pPr>
        <w:pStyle w:val="Titolo1"/>
        <w:rPr>
          <w:lang w:val="it-IT"/>
        </w:rPr>
      </w:pPr>
      <w:r w:rsidRPr="00E34546">
        <w:rPr>
          <w:lang w:val="it-IT"/>
        </w:rPr>
        <w:t>Scheda della famiglia e dell’abitazione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lang w:val="it-IT"/>
        </w:rPr>
        <w:t>Le informazioni sono utilizzate esclusivamente per verificare l’idoneità e realizzare un abbinamento sicuro. Compilare senza inserire dati sanitari non richiesti.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Codice identificativo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Indirizzo dell’abitazione di accoglienza </w:t>
      </w:r>
      <w:r w:rsidRPr="00E34546">
        <w:rPr>
          <w:lang w:val="it-IT"/>
        </w:rPr>
        <w:t>______________________________________________________________________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Distanza approssimativa dalla sede scolastica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Numero degli adulti conviventi </w:t>
      </w:r>
      <w:r w:rsidRPr="00E34546">
        <w:rPr>
          <w:lang w:val="it-IT"/>
        </w:rPr>
        <w:t>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Numero dei minori conviventi e relative fasce di età </w:t>
      </w:r>
      <w:r w:rsidRPr="00E34546">
        <w:rPr>
          <w:lang w:val="it-IT"/>
        </w:rPr>
        <w:t>_____________________________________________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È</w:t>
      </w:r>
      <w:proofErr w:type="gramEnd"/>
      <w:r w:rsidRPr="00E34546">
        <w:rPr>
          <w:lang w:val="it-IT"/>
        </w:rPr>
        <w:t xml:space="preserve"> disponibile un letto individuale in uno spazio adeguato e rispettoso della riservatezza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Nell’abitazione</w:t>
      </w:r>
      <w:proofErr w:type="gramEnd"/>
      <w:r w:rsidRPr="00E34546">
        <w:rPr>
          <w:lang w:val="it-IT"/>
        </w:rPr>
        <w:t xml:space="preserve"> sono presenti animali domestici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Se sì, indicare specie e collocazione abituale </w:t>
      </w:r>
      <w:r w:rsidRPr="00E34546">
        <w:rPr>
          <w:lang w:val="it-IT"/>
        </w:rPr>
        <w:t>_____________________________________________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Nell’abitazione</w:t>
      </w:r>
      <w:proofErr w:type="gramEnd"/>
      <w:r w:rsidRPr="00E34546">
        <w:rPr>
          <w:lang w:val="it-IT"/>
        </w:rPr>
        <w:t xml:space="preserve"> sono presenti fumatori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È</w:t>
      </w:r>
      <w:proofErr w:type="gramEnd"/>
      <w:r w:rsidRPr="00E34546">
        <w:rPr>
          <w:lang w:val="it-IT"/>
        </w:rPr>
        <w:t xml:space="preserve"> garantita l’assenza di fumo nei locali e nei veicoli utilizzati dallo studente ospite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L’abitazione</w:t>
      </w:r>
      <w:proofErr w:type="gramEnd"/>
      <w:r w:rsidRPr="00E34546">
        <w:rPr>
          <w:lang w:val="it-IT"/>
        </w:rPr>
        <w:t xml:space="preserve"> è accessibile a persone con ridotta mobilità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Eventuali barriere o caratteristiche rilevanti </w:t>
      </w:r>
      <w:r w:rsidRPr="00E34546">
        <w:rPr>
          <w:lang w:val="it-IT"/>
        </w:rPr>
        <w:t>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Adulto di riferimento principale durante l’ospitalità </w:t>
      </w:r>
      <w:r w:rsidRPr="00E34546">
        <w:rPr>
          <w:lang w:val="it-IT"/>
        </w:rPr>
        <w:t>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Orari ordinari di presenza degli adulti in casa </w:t>
      </w:r>
      <w:r w:rsidRPr="00E34546">
        <w:rPr>
          <w:lang w:val="it-IT"/>
        </w:rPr>
        <w:t>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Componenti della famiglia in grado di comunicare in inglese e livello indicativo </w:t>
      </w:r>
      <w:r w:rsidRPr="00E34546">
        <w:rPr>
          <w:lang w:val="it-IT"/>
        </w:rPr>
        <w:t>_____________________________________________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Piena</w:t>
      </w:r>
      <w:proofErr w:type="gramEnd"/>
      <w:r w:rsidRPr="00E34546">
        <w:rPr>
          <w:lang w:val="it-IT"/>
        </w:rPr>
        <w:t xml:space="preserve"> disponibilità agli spostamenti programmati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Disponibilità</w:t>
      </w:r>
      <w:proofErr w:type="gramEnd"/>
      <w:r w:rsidRPr="00E34546">
        <w:rPr>
          <w:lang w:val="it-IT"/>
        </w:rPr>
        <w:t xml:space="preserve"> parziale agli spostamenti programmati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Eventuali limitazioni organizzative </w:t>
      </w:r>
      <w:r w:rsidRPr="00E34546">
        <w:rPr>
          <w:lang w:val="it-IT"/>
        </w:rPr>
        <w:t>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Precedenti esperienze di accoglienza o scambio interculturale </w:t>
      </w:r>
      <w:r w:rsidRPr="00E34546">
        <w:rPr>
          <w:lang w:val="it-IT"/>
        </w:rPr>
        <w:t>_______________________________________________________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Esigenze alimentari o personali che la famiglia è in grado di gestire </w:t>
      </w:r>
      <w:r w:rsidRPr="00E34546">
        <w:rPr>
          <w:lang w:val="it-IT"/>
        </w:rPr>
        <w:t>_______________________________________________________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Disponibilità</w:t>
      </w:r>
      <w:proofErr w:type="gramEnd"/>
      <w:r w:rsidRPr="00E34546">
        <w:rPr>
          <w:lang w:val="it-IT"/>
        </w:rPr>
        <w:t xml:space="preserve"> al colloquio conoscitivo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Disponibilità</w:t>
      </w:r>
      <w:proofErr w:type="gramEnd"/>
      <w:r w:rsidRPr="00E34546">
        <w:rPr>
          <w:lang w:val="it-IT"/>
        </w:rPr>
        <w:t xml:space="preserve"> a una visita concordata dell’abitazione, se ritenuta necessaria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Disponibilità</w:t>
      </w:r>
      <w:proofErr w:type="gramEnd"/>
      <w:r w:rsidRPr="00E34546">
        <w:rPr>
          <w:lang w:val="it-IT"/>
        </w:rPr>
        <w:t xml:space="preserve"> a partecipare agli incontri formativi obbligatori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Ulteriori informazioni utili all’abbinamento </w:t>
      </w:r>
      <w:r w:rsidRPr="00E34546">
        <w:rPr>
          <w:lang w:val="it-IT"/>
        </w:rPr>
        <w:t>_______________________________________________________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Luogo e data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Firma/e </w:t>
      </w:r>
      <w:r w:rsidRPr="00E34546">
        <w:rPr>
          <w:lang w:val="it-IT"/>
        </w:rPr>
        <w:t>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lang w:val="it-IT"/>
        </w:rPr>
        <w:br w:type="page"/>
      </w:r>
    </w:p>
    <w:p w:rsidR="00192302" w:rsidRPr="00E34546" w:rsidRDefault="0074479C">
      <w:pPr>
        <w:pStyle w:val="Small"/>
        <w:rPr>
          <w:rFonts w:hint="eastAsia"/>
          <w:lang w:val="it-IT"/>
        </w:rPr>
      </w:pPr>
      <w:r w:rsidRPr="00E34546">
        <w:rPr>
          <w:lang w:val="it-IT"/>
        </w:rPr>
        <w:lastRenderedPageBreak/>
        <w:t>Allegato 3</w:t>
      </w:r>
    </w:p>
    <w:p w:rsidR="00192302" w:rsidRPr="00E34546" w:rsidRDefault="0074479C">
      <w:pPr>
        <w:pStyle w:val="Titolo1"/>
        <w:rPr>
          <w:lang w:val="it-IT"/>
        </w:rPr>
      </w:pPr>
      <w:r w:rsidRPr="00E34546">
        <w:rPr>
          <w:lang w:val="it-IT"/>
        </w:rPr>
        <w:t>Patto di ospitalità Erasmus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lang w:val="it-IT"/>
        </w:rPr>
        <w:t>Da sottoscrivere dopo la selezione e prima dell’arrivo dello studente ospite.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Famiglia ospitante </w:t>
      </w:r>
      <w:r w:rsidRPr="00E34546">
        <w:rPr>
          <w:lang w:val="it-IT"/>
        </w:rPr>
        <w:t>______________________________________________________________________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Studente ospite, identificato con codice </w:t>
      </w:r>
      <w:r w:rsidRPr="00E34546">
        <w:rPr>
          <w:lang w:val="it-IT"/>
        </w:rPr>
        <w:t>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Periodo di accoglienza </w:t>
      </w:r>
      <w:r w:rsidRPr="00E34546">
        <w:rPr>
          <w:lang w:val="it-IT"/>
        </w:rPr>
        <w:t>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lang w:val="it-IT"/>
        </w:rPr>
        <w:t>La famiglia ospitante conferma la permanenza dei requisiti dichiarati e si impegna a: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assicurare</w:t>
      </w:r>
      <w:proofErr w:type="gramEnd"/>
      <w:r w:rsidRPr="00E34546">
        <w:rPr>
          <w:lang w:val="it-IT"/>
        </w:rPr>
        <w:t xml:space="preserve"> accoglienza, vitto, letto individuale, cura quotidiana e un ambiente rispettoso e sicuro;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garantire</w:t>
      </w:r>
      <w:proofErr w:type="gramEnd"/>
      <w:r w:rsidRPr="00E34546">
        <w:rPr>
          <w:lang w:val="it-IT"/>
        </w:rPr>
        <w:t xml:space="preserve"> la presenza di un adulto responsabile secondo quanto concordato;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rispettare</w:t>
      </w:r>
      <w:proofErr w:type="gramEnd"/>
      <w:r w:rsidRPr="00E34546">
        <w:rPr>
          <w:lang w:val="it-IT"/>
        </w:rPr>
        <w:t xml:space="preserve"> programma, orari, regole scolastiche e indicazioni del team Erasmus;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non</w:t>
      </w:r>
      <w:proofErr w:type="gramEnd"/>
      <w:r w:rsidRPr="00E34546">
        <w:rPr>
          <w:lang w:val="it-IT"/>
        </w:rPr>
        <w:t xml:space="preserve"> affidare il minore a terzi non autorizzati e non consentire pernottamenti diversi da quelli approvati;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effettuare</w:t>
      </w:r>
      <w:proofErr w:type="gramEnd"/>
      <w:r w:rsidRPr="00E34546">
        <w:rPr>
          <w:lang w:val="it-IT"/>
        </w:rPr>
        <w:t xml:space="preserve"> soltanto spostamenti programmati o autorizzati, con conducenti e veicoli comunicati;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contattare</w:t>
      </w:r>
      <w:proofErr w:type="gramEnd"/>
      <w:r w:rsidRPr="00E34546">
        <w:rPr>
          <w:lang w:val="it-IT"/>
        </w:rPr>
        <w:t xml:space="preserve"> immediatamente il 112 e il referente Erasmus in caso di emergenza;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non</w:t>
      </w:r>
      <w:proofErr w:type="gramEnd"/>
      <w:r w:rsidRPr="00E34546">
        <w:rPr>
          <w:lang w:val="it-IT"/>
        </w:rPr>
        <w:t xml:space="preserve"> somministrare farmaci senza specifica autorizzazione;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rispettare</w:t>
      </w:r>
      <w:proofErr w:type="gramEnd"/>
      <w:r w:rsidRPr="00E34546">
        <w:rPr>
          <w:lang w:val="it-IT"/>
        </w:rPr>
        <w:t xml:space="preserve"> la riservatezza del minore e non pubblicare immagini o informazioni senza le necessarie autorizzazioni;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segnalare</w:t>
      </w:r>
      <w:proofErr w:type="gramEnd"/>
      <w:r w:rsidRPr="00E34546">
        <w:rPr>
          <w:lang w:val="it-IT"/>
        </w:rPr>
        <w:t xml:space="preserve"> tempestivamente ogni difficoltà o mutamento delle condizioni dichiarate;</w:t>
      </w:r>
    </w:p>
    <w:p w:rsidR="00192302" w:rsidRPr="00E34546" w:rsidRDefault="0074479C">
      <w:pPr>
        <w:spacing w:after="40"/>
        <w:rPr>
          <w:rFonts w:hint="eastAsia"/>
          <w:lang w:val="it-IT"/>
        </w:rPr>
      </w:pPr>
      <w:proofErr w:type="gramStart"/>
      <w:r w:rsidRPr="00E34546">
        <w:rPr>
          <w:lang w:val="it-IT"/>
        </w:rPr>
        <w:t>☐  collaborare</w:t>
      </w:r>
      <w:proofErr w:type="gramEnd"/>
      <w:r w:rsidRPr="00E34546">
        <w:rPr>
          <w:lang w:val="it-IT"/>
        </w:rPr>
        <w:t xml:space="preserve"> con la scuola partner e con l’Istituto nell’interesse prevalente del minore.</w:t>
      </w:r>
    </w:p>
    <w:p w:rsidR="00192302" w:rsidRPr="00E34546" w:rsidRDefault="0074479C">
      <w:pPr>
        <w:pStyle w:val="Titolo2"/>
        <w:rPr>
          <w:lang w:val="it-IT"/>
        </w:rPr>
      </w:pPr>
      <w:r w:rsidRPr="00E34546">
        <w:rPr>
          <w:lang w:val="it-IT"/>
        </w:rPr>
        <w:t>Contatti essenziali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Referente Erasmus dell’Istituto </w:t>
      </w:r>
      <w:r w:rsidRPr="00E34546">
        <w:rPr>
          <w:lang w:val="it-IT"/>
        </w:rPr>
        <w:t>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Numero di emergenza del progetto </w:t>
      </w:r>
      <w:r w:rsidRPr="00E34546">
        <w:rPr>
          <w:lang w:val="it-IT"/>
        </w:rPr>
        <w:t>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Docente accompagnatore o referente della scuola partner </w:t>
      </w:r>
      <w:r w:rsidRPr="00E34546">
        <w:rPr>
          <w:lang w:val="it-IT"/>
        </w:rPr>
        <w:t>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Genitori o tutori dello studente ospite </w:t>
      </w:r>
      <w:r w:rsidRPr="00E34546">
        <w:rPr>
          <w:lang w:val="it-IT"/>
        </w:rPr>
        <w:t>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Compagnia e numero di polizza </w:t>
      </w:r>
      <w:r w:rsidRPr="00E34546">
        <w:rPr>
          <w:lang w:val="it-IT"/>
        </w:rPr>
        <w:t>_____________________________________________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Informazioni sanitarie operative consegnate con documento separato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Luogo e data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Firma degli esercenti la responsabilità genitoriale della famiglia ospitante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Firma del Dirigente scolastico o delegato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lang w:val="it-IT"/>
        </w:rPr>
        <w:br w:type="page"/>
      </w:r>
    </w:p>
    <w:p w:rsidR="00192302" w:rsidRPr="00E34546" w:rsidRDefault="0074479C">
      <w:pPr>
        <w:pStyle w:val="Small"/>
        <w:rPr>
          <w:rFonts w:hint="eastAsia"/>
          <w:lang w:val="it-IT"/>
        </w:rPr>
      </w:pPr>
      <w:r w:rsidRPr="00E34546">
        <w:rPr>
          <w:lang w:val="it-IT"/>
        </w:rPr>
        <w:lastRenderedPageBreak/>
        <w:t>Allegato 4</w:t>
      </w:r>
    </w:p>
    <w:p w:rsidR="00192302" w:rsidRPr="00E34546" w:rsidRDefault="0074479C">
      <w:pPr>
        <w:pStyle w:val="Titolo1"/>
        <w:rPr>
          <w:lang w:val="it-IT"/>
        </w:rPr>
      </w:pPr>
      <w:r w:rsidRPr="00E34546">
        <w:rPr>
          <w:lang w:val="it-IT"/>
        </w:rPr>
        <w:t>Informativa sul trattamento dei dati personali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lang w:val="it-IT"/>
        </w:rPr>
        <w:t>Ai sensi degli artt. 13 e 14 del Regolamento UE 2016/679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>Titolare del trattamento.</w:t>
      </w:r>
      <w:r w:rsidRPr="00E34546">
        <w:rPr>
          <w:lang w:val="it-IT"/>
        </w:rPr>
        <w:t xml:space="preserve"> Istituto Comprensivo Anagni Primo, Viale Regina Margherita 35, 03012 Anagni FR, codice fiscale 80012760601, e-mail fric84400v@istruzione.it, PEC fric84400v@pec.istruzione.it, legalmente rappresentato dal Dirigente scolastico pro tempore.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>Responsabile della protezione dei dati.</w:t>
      </w:r>
      <w:r w:rsidRPr="00E34546">
        <w:rPr>
          <w:lang w:val="it-IT"/>
        </w:rPr>
        <w:t xml:space="preserve"> [INDICARE DENOMINAZIONE E DATI DI CONTATTO AGGIORNATI DEL RPD DELL’ISTITUTO, PREVIA VERIFICA DELL’ATTO DI DESIGNAZIONE].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>Finalità.</w:t>
      </w:r>
      <w:r w:rsidRPr="00E34546">
        <w:rPr>
          <w:lang w:val="it-IT"/>
        </w:rPr>
        <w:t xml:space="preserve"> I dati sono trattati per gestire la candidatura, verificare i requisiti, formare le graduatorie, effettuare l’abbinamento, organizzare l’ospitalità e le attività Erasmus+, tutelare la salute e la sicurezza dei partecipanti, gestire emergenze, obblighi assicurativi, amministrativi, contabili, di monitoraggio e rendicontazione e difendere eventuali diritti dell’Istituto.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>Base giuridica.</w:t>
      </w:r>
      <w:r w:rsidRPr="00E34546">
        <w:rPr>
          <w:lang w:val="it-IT"/>
        </w:rPr>
        <w:t xml:space="preserve"> Il trattamento dei dati ordinari è necessario per l’esecuzione di compiti di interesse pubblico connessi all’istruzione e alla realizzazione del Programma Erasmus+ e per l’adempimento di obblighi di legge, ai sensi dell’art. 6, par. 1, </w:t>
      </w:r>
      <w:proofErr w:type="spellStart"/>
      <w:r w:rsidRPr="00E34546">
        <w:rPr>
          <w:lang w:val="it-IT"/>
        </w:rPr>
        <w:t>lett</w:t>
      </w:r>
      <w:proofErr w:type="spellEnd"/>
      <w:r w:rsidRPr="00E34546">
        <w:rPr>
          <w:lang w:val="it-IT"/>
        </w:rPr>
        <w:t>. c) ed e), del Regolamento. Le categorie particolari di dati, raccolte solo quando indispensabili per salute, sicurezza e inclusione, sono trattate sulla base dell’art. 9, par. 2, del Regolamento e delle pertinenti disposizioni nazionali. Eventuali trattamenti facoltativi, come specifiche forme di diffusione di immagini, saranno oggetto di separata informativa e, quando necessario, di specifico consenso.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>Categorie di dati.</w:t>
      </w:r>
      <w:r w:rsidRPr="00E34546">
        <w:rPr>
          <w:lang w:val="it-IT"/>
        </w:rPr>
        <w:t xml:space="preserve"> Dati identificativi e di contatto; informazioni scolastiche strettamente necessarie; composizione essenziale del nucleo convivente; caratteristiche dell’alloggio; disponibilità organizzative; informazioni relative all’abbinamento. I dati sanitari e le esigenze specifiche dello studente ospite sono raccolti separatamente, limitatamente a quanto indispensabile e accessibili ai soli soggetti autorizzati.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>Conferimento.</w:t>
      </w:r>
      <w:r w:rsidRPr="00E34546">
        <w:rPr>
          <w:lang w:val="it-IT"/>
        </w:rPr>
        <w:t xml:space="preserve"> I dati contrassegnati come necessari sono obbligatori per partecipare alla procedura. Il mancato conferimento impedisce la valutazione o l’abbinamento. Le informazioni facoltative sono indicate come tali e la loro omissione non determina esclusione, salvo che siano indispensabili a garantire la sicurezza del minore.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>Modalità e soggetti autorizzati.</w:t>
      </w:r>
      <w:r w:rsidRPr="00E34546">
        <w:rPr>
          <w:lang w:val="it-IT"/>
        </w:rPr>
        <w:t xml:space="preserve"> Il trattamento è svolto con strumenti cartacei e digitali, secondo principi di liceità, correttezza, trasparenza, minimizzazione, esattezza, integrità e riservatezza. Accedono ai dati il personale autorizzato, la Commissione Erasmus nei limiti delle proprie funzioni e i fornitori nominati responsabili del trattamento ai sensi dell’art. 28 del Regolamento.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>Destinatari.</w:t>
      </w:r>
      <w:r w:rsidRPr="00E34546">
        <w:rPr>
          <w:lang w:val="it-IT"/>
        </w:rPr>
        <w:t xml:space="preserve"> I dati strettamente necessari possono essere comunicati all’Agenzia Nazionale Erasmus+ INDIRE, alla Commissione europea e alle piattaforme del Programma, alle scuole partner, ai docenti accompagnatori, alle compagnie assicurative, ai prestatori di assistenza e alle autorità competenti nei casi previsti dalla legge. Le graduatorie sono pubblicate con codici identificativi e senza informazioni eccedenti.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>Trasferimenti.</w:t>
      </w:r>
      <w:r w:rsidRPr="00E34546">
        <w:rPr>
          <w:lang w:val="it-IT"/>
        </w:rPr>
        <w:t xml:space="preserve"> La comunicazione alle scuole partner situate nell’Unione europea avviene nell’ambito del Regolamento UE 2016/679. Eventuali trasferimenti verso Paesi terzi o organizzazioni internazionali saranno effettuati soltanto in presenza delle condizioni e garanzie previste dagli artt. 44 e seguenti del Regolamento.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>Conservazione.</w:t>
      </w:r>
      <w:r w:rsidRPr="00E34546">
        <w:rPr>
          <w:lang w:val="it-IT"/>
        </w:rPr>
        <w:t xml:space="preserve"> Le domande e gli atti della selezione sono conservati per il tempo previsto dal massimario di conservazione e dagli obblighi amministrativi, contabili, di audit e rendicontazione Erasmus+. I dati operativi relativi a salute, abbinamento ed emergenze sono conservati per il periodo strettamente necessario, fatti salvi obblighi di legge o esigenze di tutela dei diritti. I dati delle famiglie non selezionate non sono utilizzati per finalità diverse dalla procedura.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>Diritti.</w:t>
      </w:r>
      <w:r w:rsidRPr="00E34546">
        <w:rPr>
          <w:lang w:val="it-IT"/>
        </w:rPr>
        <w:t xml:space="preserve"> Gli interessati possono esercitare, nei casi previsti, i diritti di accesso, rettifica, cancellazione, limitazione, opposizione e gli altri diritti disciplinati dagli artt. 15-22 del Regolamento, rivolgendosi al Titolare o al RPD. Resta fermo il diritto di proporre reclamo al Garante per la protezione dei dati personali. Non sono adottate decisioni unicamente automatizzate né attività di </w:t>
      </w:r>
      <w:proofErr w:type="spellStart"/>
      <w:r w:rsidRPr="00E34546">
        <w:rPr>
          <w:lang w:val="it-IT"/>
        </w:rPr>
        <w:t>profilazione</w:t>
      </w:r>
      <w:proofErr w:type="spellEnd"/>
      <w:r w:rsidRPr="00E34546">
        <w:rPr>
          <w:lang w:val="it-IT"/>
        </w:rPr>
        <w:t>.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>Presa visione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Luogo e data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Firma del primo genitore </w:t>
      </w:r>
      <w:r w:rsidRPr="00E34546">
        <w:rPr>
          <w:lang w:val="it-IT"/>
        </w:rPr>
        <w:t>___________________________________</w:t>
      </w:r>
    </w:p>
    <w:p w:rsidR="00192302" w:rsidRPr="00E34546" w:rsidRDefault="0074479C">
      <w:pPr>
        <w:rPr>
          <w:rFonts w:hint="eastAsia"/>
          <w:lang w:val="it-IT"/>
        </w:rPr>
      </w:pPr>
      <w:r w:rsidRPr="00E34546">
        <w:rPr>
          <w:b/>
          <w:lang w:val="it-IT"/>
        </w:rPr>
        <w:t xml:space="preserve">Firma del secondo genitore </w:t>
      </w:r>
      <w:r w:rsidRPr="00E34546">
        <w:rPr>
          <w:lang w:val="it-IT"/>
        </w:rPr>
        <w:t>___________________________________</w:t>
      </w:r>
    </w:p>
    <w:sectPr w:rsidR="00192302" w:rsidRPr="00E34546" w:rsidSect="00034616">
      <w:footerReference w:type="default" r:id="rId8"/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75F" w:rsidRDefault="007B675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7B675F" w:rsidRDefault="007B675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302" w:rsidRPr="00E34546" w:rsidRDefault="0074479C">
    <w:pPr>
      <w:pStyle w:val="Pidipagina"/>
      <w:jc w:val="center"/>
      <w:rPr>
        <w:rFonts w:hint="eastAsia"/>
        <w:lang w:val="it-IT"/>
      </w:rPr>
    </w:pPr>
    <w:r w:rsidRPr="00E34546">
      <w:rPr>
        <w:color w:val="5A5A5A"/>
        <w:sz w:val="16"/>
        <w:lang w:val="it-IT"/>
      </w:rPr>
      <w:t>IC Anagni Primo  Avviso famiglie ospitanti Erasmus+  a.s.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75F" w:rsidRDefault="007B675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7B675F" w:rsidRDefault="007B675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925B88"/>
    <w:multiLevelType w:val="hybridMultilevel"/>
    <w:tmpl w:val="B57865D6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07A7"/>
    <w:rsid w:val="0015074B"/>
    <w:rsid w:val="00192302"/>
    <w:rsid w:val="0029639D"/>
    <w:rsid w:val="00326F90"/>
    <w:rsid w:val="00541B47"/>
    <w:rsid w:val="005548C8"/>
    <w:rsid w:val="005F1679"/>
    <w:rsid w:val="0074479C"/>
    <w:rsid w:val="007B675F"/>
    <w:rsid w:val="00AA1D8D"/>
    <w:rsid w:val="00B47730"/>
    <w:rsid w:val="00CB0664"/>
    <w:rsid w:val="00DE6FB6"/>
    <w:rsid w:val="00E23531"/>
    <w:rsid w:val="00E34546"/>
    <w:rsid w:val="00F90AAA"/>
    <w:rsid w:val="00FC693F"/>
    <w:rsid w:val="00FC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EDB670"/>
  <w14:defaultImageDpi w14:val="300"/>
  <w15:docId w15:val="{079F0C8E-CB90-47A7-89EE-2DBBE47F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80" w:line="259" w:lineRule="auto"/>
    </w:pPr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000000"/>
      <w:sz w:val="23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spacing w:before="1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40"/>
    </w:pPr>
    <w:rPr>
      <w:rFonts w:ascii="Aptos" w:hAnsi="Aptos"/>
      <w:color w:val="3C3C3C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5EF26F-E64F-491C-85F3-43919F490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1704</Words>
  <Characters>9717</Characters>
  <Application>Microsoft Office Word</Application>
  <DocSecurity>0</DocSecurity>
  <Lines>80</Lines>
  <Paragraphs>22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Avviso per la selezione delle famiglie ospitanti Erasmus+</vt:lpstr>
      <vt:lpstr/>
    </vt:vector>
  </TitlesOfParts>
  <Manager/>
  <Company/>
  <LinksUpToDate>false</LinksUpToDate>
  <CharactersWithSpaces>11399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per la selezione delle famiglie ospitanti Erasmus+</dc:title>
  <dc:subject>IC Anagni Primo anno scolastico 2026 2027</dc:subject>
  <dc:creator>Istituto Comprensivo Anagni Primo</dc:creator>
  <cp:keywords>Erasmus, famiglie ospitanti, tutela minori, privacy</cp:keywords>
  <dc:description>generated by python-docx</dc:description>
  <cp:lastModifiedBy>Anna Vari</cp:lastModifiedBy>
  <cp:revision>2</cp:revision>
  <dcterms:created xsi:type="dcterms:W3CDTF">2026-09-23T11:03:00Z</dcterms:created>
  <dcterms:modified xsi:type="dcterms:W3CDTF">2026-09-23T11:03:00Z</dcterms:modified>
  <cp:category/>
</cp:coreProperties>
</file>